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d'Organigramme Fonctionnel PowerPoint</w:t>
      </w:r>
    </w:p>
    <w:p>
      <w:r>
        <w:t>Ce modèle PowerPoint prêt à l'emploi vous aide à créer un organigramme fonctionnel clair et professionnel. Téléchargez-le, personnalisez les formes et les textes selon votre structure, et améliorez la communication interne de votre équipe.</w:t>
      </w:r>
    </w:p>
    <w:p>
      <w:r>
        <w:rPr>
          <w:b/>
        </w:rPr>
        <w:t>Aucune mention légale particulière. Ce modèle est fourni à titre indicatif ; adaptez-le à votre contexte.</w:t>
      </w:r>
    </w:p>
    <w:p>
      <w:pPr>
        <w:pStyle w:val="Heading1"/>
      </w:pPr>
      <w:r>
        <w:t>Mode d'emploi</w:t>
      </w:r>
    </w:p>
    <w:p>
      <w:pPr>
        <w:pStyle w:val="ListNumber"/>
      </w:pPr>
      <w:r>
        <w:t>Téléchargez le fichier PowerPoint et ouvrez-le dans PowerPoint ou un logiciel compatible.</w:t>
      </w:r>
    </w:p>
    <w:p>
      <w:pPr>
        <w:pStyle w:val="ListNumber"/>
      </w:pPr>
      <w:r>
        <w:t>Remplacez les textes des formes par les intitulés de vos fonctions (ex. Direction, Marketing, Production).</w:t>
      </w:r>
    </w:p>
    <w:p>
      <w:pPr>
        <w:pStyle w:val="ListNumber"/>
      </w:pPr>
      <w:r>
        <w:t>Ajoutez ou supprimez des formes en dupliquant les existantes pour représenter votre organigramme.</w:t>
      </w:r>
    </w:p>
    <w:p>
      <w:pPr>
        <w:pStyle w:val="ListNumber"/>
      </w:pPr>
      <w:r>
        <w:t>Ajustez les couleurs et les styles pour correspondre à votre charte graphique.</w:t>
      </w:r>
    </w:p>
    <w:p>
      <w:pPr>
        <w:pStyle w:val="ListNumber"/>
      </w:pPr>
      <w:r>
        <w:t>Enregistrez et partagez votre organigramme avec votre équipe.</w:t>
      </w:r>
    </w:p>
    <w:p>
      <w:pPr>
        <w:pStyle w:val="Heading1"/>
      </w:pPr>
      <w:r>
        <w:t>Contenu du modèle</w:t>
      </w:r>
    </w:p>
    <w:p>
      <w:r>
        <w:t>Le modèle comprend 3 diapositives : une diapositive avec un organigramme vierge (formes et connecteurs), une diapositive avec un exemple rempli (structure fonctionnelle type), et une diapositive d'instructions détaillées pour personnaliser les formes, les couleurs et les textes.</w:t>
      </w:r>
    </w:p>
    <w:p>
      <w:pPr>
        <w:pStyle w:val="Heading1"/>
      </w:pPr>
      <w:r>
        <w:t>Conseils de conception</w:t>
      </w:r>
    </w:p>
    <w:p>
      <w:r>
        <w:t>Utilisez des couleurs distinctes pour chaque département, alignez les formes verticalement et horizontalement, et gardez un espacement uniforme. Évitez de surcharger la diapositive : si votre organigramme est trop grand, divisez-le en plusieurs diapositives.</w:t>
      </w:r>
    </w:p>
    <w:p>
      <w:pPr>
        <w:pStyle w:val="Heading1"/>
      </w:pPr>
      <w:r>
        <w:t>Modèle prêt à adapter</w:t>
      </w:r>
    </w:p>
    <w:p>
      <w:r>
        <w:t>[Titre de l'organigramme] Direction Générale |-- Direction Marketing | |-- Service Communication | |-- Service Études |-- Direction Production | |-- Atelier 1 | |-- Atelier 2 |-- Direction Commerciale |-- Service Ventes |-- Service Après-Vente</w:t>
      </w:r>
    </w:p>
    <w:p>
      <w:pPr>
        <w:pStyle w:val="Heading1"/>
      </w:pPr>
      <w:r>
        <w:t>Checklist</w:t>
      </w:r>
    </w:p>
    <w:p>
      <w:r>
        <w:t>☐ Avoir identifié les principales fonctions de l'organisation.</w:t>
      </w:r>
    </w:p>
    <w:p>
      <w:r>
        <w:t>☐ Avoir défini les relations hiérarchiques et fonctionnelles.</w:t>
      </w:r>
    </w:p>
    <w:p>
      <w:r>
        <w:t>☐ Avoir choisi un logiciel compatible avec le format PPTX.</w:t>
      </w:r>
    </w:p>
    <w:p>
      <w:r>
        <w:t>☐ Avoir personnalisé les textes des formes.</w:t>
      </w:r>
    </w:p>
    <w:p>
      <w:r>
        <w:t>☐ Avoir vérifié la lisibilité (taille de police, contraste).</w:t>
      </w:r>
    </w:p>
    <w:p>
      <w:r>
        <w:t>☐ Avoir enregistré le fichier sous un nom explicite.</w:t>
      </w:r>
    </w:p>
    <w:p>
      <w:pPr>
        <w:pStyle w:val="Heading1"/>
      </w:pPr>
      <w:r>
        <w:t>Questions fréquentes</w:t>
      </w:r>
    </w:p>
    <w:p>
      <w:r>
        <w:rPr>
          <w:b/>
        </w:rPr>
        <w:t>Comment ajouter une nouvelle fonction dans l'organigramme ?</w:t>
      </w:r>
    </w:p>
    <w:p>
      <w:r>
        <w:t>Dupliquez une forme existante en la copiant-collant, puis modifiez le texte. Reliez-la avec un connecteur en utilisant l'outil 'Connecteur' de PowerPoint.</w:t>
      </w:r>
    </w:p>
    <w:p>
      <w:r>
        <w:rPr>
          <w:b/>
        </w:rPr>
        <w:t>Puis-je modifier les couleurs des formes ?</w:t>
      </w:r>
    </w:p>
    <w:p>
      <w:r>
        <w:t>Oui, sélectionnez la forme, puis utilisez l'onglet 'Format' pour changer la couleur de remplissage, la couleur de contour et les effets.</w:t>
      </w:r>
    </w:p>
    <w:p>
      <w:r>
        <w:rPr>
          <w:b/>
        </w:rPr>
        <w:t>Ce modèle est-il adapté à une petite entreprise ?</w:t>
      </w:r>
    </w:p>
    <w:p>
      <w:r>
        <w:t>Absolument, le modèle est flexible : vous pouvez supprimer des formes pour une structure simple ou en ajouter pour une structure plus complexe.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