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Modèle d'Ordre du Jour de Réunion CSE Word à Télécharger</w:t>
      </w:r>
    </w:p>
    <w:p>
      <w:r>
        <w:t>Téléchargez gratuitement un modèle d'ordre du jour de réunion CSE au format Word. Structuré et professionnel, il vous aide à organiser vos réunions et à aborder tous les points importants.</w:t>
      </w:r>
    </w:p>
    <w:p>
      <w:r>
        <w:rPr>
          <w:b/>
        </w:rPr>
        <w:t>Ce modèle est fourni à titre indicatif. Les obligations légales relatives au CSE peuvent varier. Faites valider par votre secrétaire ou un conseiller juridique.</w:t>
      </w:r>
    </w:p>
    <w:p>
      <w:pPr>
        <w:pStyle w:val="Heading1"/>
      </w:pPr>
      <w:r>
        <w:t>Mode d'emploi</w:t>
      </w:r>
    </w:p>
    <w:p>
      <w:pPr>
        <w:pStyle w:val="ListNumber"/>
      </w:pPr>
      <w:r>
        <w:t>Téléchargez le fichier Word ci-dessous.</w:t>
      </w:r>
    </w:p>
    <w:p>
      <w:pPr>
        <w:pStyle w:val="ListNumber"/>
      </w:pPr>
      <w:r>
        <w:t>Ouvrez le fichier avec Microsoft Word ou un logiciel compatible.</w:t>
      </w:r>
    </w:p>
    <w:p>
      <w:pPr>
        <w:pStyle w:val="ListNumber"/>
      </w:pPr>
      <w:r>
        <w:t>Personnalisez l'en-tête avec les informations de votre entreprise et du CSE.</w:t>
      </w:r>
    </w:p>
    <w:p>
      <w:pPr>
        <w:pStyle w:val="ListNumber"/>
      </w:pPr>
      <w:r>
        <w:t>Remplissez les sections : date, heure, lieu, participants, points à l'ordre du jour.</w:t>
      </w:r>
    </w:p>
    <w:p>
      <w:pPr>
        <w:pStyle w:val="ListNumber"/>
      </w:pPr>
      <w:r>
        <w:t>Pour chaque point, indiquez l'intervenant et le temps alloué.</w:t>
      </w:r>
    </w:p>
    <w:p>
      <w:pPr>
        <w:pStyle w:val="ListNumber"/>
      </w:pPr>
      <w:r>
        <w:t>Distribuez l'ordre du jour aux membres du CSE dans les délais légaux.</w:t>
      </w:r>
    </w:p>
    <w:p>
      <w:pPr>
        <w:pStyle w:val="Heading1"/>
      </w:pPr>
      <w:r>
        <w:t>Aperçu du modèle</w:t>
      </w:r>
    </w:p>
    <w:p>
      <w:r>
        <w:t>Le modèle comprend : en-tête avec le nom de l'entreprise, la mention 'Réunion CSE', la date, l'heure, le lieu, la liste des participants, et un tableau des points à l'ordre du jour avec colonnes pour le sujet, l'intervenant et la durée.</w:t>
      </w:r>
    </w:p>
    <w:p>
      <w:pPr>
        <w:pStyle w:val="Heading1"/>
      </w:pPr>
      <w:r>
        <w:t>Instructions de personnalisation</w:t>
      </w:r>
    </w:p>
    <w:p>
      <w:r>
        <w:t>Remplacez les champs entre crochets : [Nom de l'Entreprise], [Date], [Heure], [Lieu], [Participants], [Point 1], [Intervenant 1], [Durée 1], etc. Adaptez les points à l'ordre du jour selon les besoins de votre réunion.</w:t>
      </w:r>
    </w:p>
    <w:p>
      <w:pPr>
        <w:pStyle w:val="Heading1"/>
      </w:pPr>
      <w:r>
        <w:t>Modèle prêt à adapter</w:t>
      </w:r>
    </w:p>
    <w:p>
      <w:r>
        <w:t>[Nom de l'Entreprise] ORDRE DU JOUR DE LA RÉUNION CSE Date : [Date] Heure : [Heure] Lieu : [Lieu] Participants : [Participants] Points à l'ordre du jour : 1. [Point 1] - Intervenant : [Intervenant 1] - Durée : [Durée 1] 2. [Point 2] - Intervenant : [Intervenant 2] - Durée : [Durée 2] 3. [Point 3] - Intervenant : [Intervenant 3] - Durée : [Durée 3] 4. [Point 4] - Intervenant : [Intervenant 4] - Durée : [Durée 4] 5. [Point 5] - Intervenant : [Intervenant 5] - Durée : [Durée 5] Questions diverses. Prochaine réunion : [Date de la prochaine réunion] Le secrétaire du CSE : [Nom du Secrétaire]</w:t>
      </w:r>
    </w:p>
    <w:p>
      <w:pPr>
        <w:pStyle w:val="Heading1"/>
      </w:pPr>
      <w:r>
        <w:t>Checklist</w:t>
      </w:r>
    </w:p>
    <w:p>
      <w:r>
        <w:t>☐ Vérifier les informations de l'entreprise (nom, adresse).</w:t>
      </w:r>
    </w:p>
    <w:p>
      <w:r>
        <w:t>☐ Indiquer la date, l'heure et le lieu de la réunion.</w:t>
      </w:r>
    </w:p>
    <w:p>
      <w:r>
        <w:t>☐ Lister les participants (membres du CSE, invités).</w:t>
      </w:r>
    </w:p>
    <w:p>
      <w:r>
        <w:t>☐ Définir les points à l'ordre du jour de manière claire et précise.</w:t>
      </w:r>
    </w:p>
    <w:p>
      <w:r>
        <w:t>☐ Attribuer un intervenant et une durée pour chaque point.</w:t>
      </w:r>
    </w:p>
    <w:p>
      <w:r>
        <w:t>☐ Prévoir un temps pour les questions diverses.</w:t>
      </w:r>
    </w:p>
    <w:p>
      <w:r>
        <w:t>☐ Distribuer l'ordre du jour aux membres dans les délais légaux.</w:t>
      </w:r>
    </w:p>
    <w:p>
      <w:r>
        <w:t>☐ Conserver une copie de l'ordre du jour pour les procès-verbaux.</w:t>
      </w:r>
    </w:p>
    <w:p>
      <w:pPr>
        <w:pStyle w:val="Heading1"/>
      </w:pPr>
      <w:r>
        <w:t>Questions fréquentes</w:t>
      </w:r>
    </w:p>
    <w:p>
      <w:r>
        <w:rPr>
          <w:b/>
        </w:rPr>
        <w:t>Quelles sont les mentions obligatoires dans un ordre du jour CSE ?</w:t>
      </w:r>
    </w:p>
    <w:p>
      <w:r>
        <w:t>L'ordre du jour doit mentionner la date, l'heure, le lieu de la réunion, les points à l'ordre du jour et être transmis aux membres du CSE dans un délai de 3 jours avant la réunion (sauf urgence). Ce modèle inclut ces éléments.</w:t>
      </w:r>
    </w:p>
    <w:p>
      <w:r>
        <w:rPr>
          <w:b/>
        </w:rPr>
        <w:t>Puis-je ajouter des points en cours de réunion ?</w:t>
      </w:r>
    </w:p>
    <w:p>
      <w:r>
        <w:t>En principe, l'ordre du jour est fixé avant la réunion. Des points supplémentaires peuvent être abordés en 'questions diverses' si nécessaire, mais il est préférable de les inscrire à l'avance.</w:t>
      </w:r>
    </w:p>
    <w:p>
      <w:r>
        <w:rPr>
          <w:b/>
        </w:rPr>
        <w:t>Ce modèle est-il conforme à la loi ?</w:t>
      </w:r>
    </w:p>
    <w:p>
      <w:r>
        <w:t>Ce modèle est une base pratique, mais la loi n'impose pas de format spécifique. Il est conforme aux usages courants. Pour des questions juridiques précises, consultez un professionnel.</w:t>
      </w:r>
    </w:p>
    <w:p>
      <w:r>
        <w:t>Ressource créée par TopExemples.fr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