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mémoire technique à télécharger (Word)</w:t>
      </w:r>
    </w:p>
    <w:p>
      <w:r>
        <w:t>Ce modèle de mémoire technique prêt à l'emploi vous aide à structurer votre réponse à un appel d'offres. Téléchargez-le au format Word, personnalisez chaque section selon votre projet et vos atouts, puis soumettez un document professionnel qui met en valeur votre savoir-faire.</w:t>
      </w:r>
    </w:p>
    <w:p>
      <w:r>
        <w:rPr>
          <w:b/>
        </w:rPr>
        <w:t>Ce document est un modèle générique. Adaptez-le aux exigences spécifiques de chaque appel d'offres. Vérifiez les critères de notation et le contenu attendu auprès du donneur d'ordre.</w:t>
      </w:r>
    </w:p>
    <w:p>
      <w:pPr>
        <w:pStyle w:val="Heading1"/>
      </w:pPr>
      <w:r>
        <w:t>Mode d'emploi</w:t>
      </w:r>
    </w:p>
    <w:p>
      <w:pPr>
        <w:pStyle w:val="ListNumber"/>
      </w:pPr>
      <w:r>
        <w:t>Téléchargez le fichier Word ci-dessous.</w:t>
      </w:r>
    </w:p>
    <w:p>
      <w:pPr>
        <w:pStyle w:val="ListNumber"/>
      </w:pPr>
      <w:r>
        <w:t>Remplacez les informations entre crochets par vos données réelles.</w:t>
      </w:r>
    </w:p>
    <w:p>
      <w:pPr>
        <w:pStyle w:val="ListNumber"/>
      </w:pPr>
      <w:r>
        <w:t>Personnalisez les sections selon votre projet et vos points forts.</w:t>
      </w:r>
    </w:p>
    <w:p>
      <w:pPr>
        <w:pStyle w:val="ListNumber"/>
      </w:pPr>
      <w:r>
        <w:t>Relisez et ajustez la mise en forme avant de l'envoyer.</w:t>
      </w:r>
    </w:p>
    <w:p>
      <w:pPr>
        <w:pStyle w:val="Heading1"/>
      </w:pPr>
      <w:r>
        <w:t>Structure du mémoire technique</w:t>
      </w:r>
    </w:p>
    <w:p>
      <w:r>
        <w:t>Le modèle comprend les sections suivantes : présentation de l'entreprise, organisation et moyens, références et réalisations, et conclusion. Chaque section est conçue pour répondre aux attentes des jurys d'appel d'offres.</w:t>
      </w:r>
    </w:p>
    <w:p>
      <w:pPr>
        <w:pStyle w:val="Heading1"/>
      </w:pPr>
      <w:r>
        <w:t>Conseils de personnalisation</w:t>
      </w:r>
    </w:p>
    <w:p>
      <w:r>
        <w:t>Mettez en avant vos compétences spécifiques, vos certifications, et vos expériences similaires. Utilisez des exemples concrets et chiffrez vos réalisations lorsque c'est possible. Adaptez le ton et le vocabulaire au secteur d'activité.</w:t>
      </w:r>
    </w:p>
    <w:p>
      <w:pPr>
        <w:pStyle w:val="Heading1"/>
      </w:pPr>
      <w:r>
        <w:t>Modèle prêt à adapter</w:t>
      </w:r>
    </w:p>
    <w:p>
      <w:r>
        <w:t>MODÈLE DE MÉMOIRE TECHNIQUE [Votre Logo] [Nom de votre entreprise] [Adresse] [Téléphone] | [Email] MÉMOIRE TECHNIQUE Appel d'offres n° [Numéro] [Intitulé du marché] Date : [Date] 1. PRÉSENTATION DE L'ENTREPRISE 1.1. Historique et statut juridique [Présentez l'entreprise : date de création, forme juridique, secteur d'activité.] 1.2. Effectifs et compétences clés [Indiquez le nombre de salariés, les qualifications, les certifications.] 1.3. Chiffres clés [Chiffre d'affaires, nombre de projets réalisés, etc.] 2. ORGANISATION ET MOYENS 2.1. Équipe dédiée au projet [Présentez l'équipe : chef de projet, techniciens, etc.] 2.2. Moyens matériels et techniques [Matériel, logiciels, équipements spécifiques.] 2.3. Plan de management de la qualité [Processus de contrôle, normes appliquées.] 3. RÉFÉRENCES ET RÉALISATIONS 3.1. Projets similaires [Pour chaque référence : client, contexte, mission, résultats.] 3.2. Témoignages clients (si disponibles) [Incluez des extraits de satisfaction client.] 4. CONCLUSION [Résumez votre motivation et votre engagement à mener à bien le projet.] Fait à [Ville], le [Date] [Nom du signataire] [Signature]</w:t>
      </w:r>
    </w:p>
    <w:p>
      <w:pPr>
        <w:pStyle w:val="Heading1"/>
      </w:pPr>
      <w:r>
        <w:t>Checklist</w:t>
      </w:r>
    </w:p>
    <w:p>
      <w:r>
        <w:t>☐ J'ai remplacé toutes les informations entre crochets.</w:t>
      </w:r>
    </w:p>
    <w:p>
      <w:r>
        <w:t>☐ J'ai vérifié l'exactitude des chiffres et des dates.</w:t>
      </w:r>
    </w:p>
    <w:p>
      <w:r>
        <w:t>☐ J'ai adapté le contenu aux exigences de l'appel d'offres.</w:t>
      </w:r>
    </w:p>
    <w:p>
      <w:r>
        <w:t>☐ J'ai relu le document pour éviter les fautes.</w:t>
      </w:r>
    </w:p>
    <w:p>
      <w:r>
        <w:t>☐ J'ai inclus des références pertinentes et vérifiables.</w:t>
      </w:r>
    </w:p>
    <w:p>
      <w:r>
        <w:t>☐ J'ai mis en page le document de manière professionnelle.</w:t>
      </w:r>
    </w:p>
    <w:p>
      <w:r>
        <w:t>☐ J'ai enregistré le fichier au format PDF si demandé.</w:t>
      </w:r>
    </w:p>
    <w:p>
      <w:r>
        <w:t>☐ J'ai respecté le nombre de pages maximum indiqué.</w:t>
      </w:r>
    </w:p>
    <w:p>
      <w:pPr>
        <w:pStyle w:val="Heading1"/>
      </w:pPr>
      <w:r>
        <w:t>Questions fréquentes</w:t>
      </w:r>
    </w:p>
    <w:p>
      <w:r>
        <w:rPr>
          <w:b/>
        </w:rPr>
        <w:t>Ce modèle est-il adapté à tous les secteurs ?</w:t>
      </w:r>
    </w:p>
    <w:p>
      <w:r>
        <w:t>Oui, la structure est générique et peut être adaptée à tout type d'activité. Personnalisez les sections pour refléter votre secteur et les spécificités du marché.</w:t>
      </w:r>
    </w:p>
    <w:p>
      <w:r>
        <w:rPr>
          <w:b/>
        </w:rPr>
        <w:t>Puis-je utiliser ce modèle pour un appel d'offres public ?</w:t>
      </w:r>
    </w:p>
    <w:p>
      <w:r>
        <w:t>Oui, il convient pour les marchés publics comme privés, mais assurez-vous de respecter les documents exigés par le donneur d'ordre et de compléter le mémoire technique selon les critères de sélection.</w:t>
      </w:r>
    </w:p>
    <w:p>
      <w:r>
        <w:rPr>
          <w:b/>
        </w:rPr>
        <w:t>Comment rendre mon mémoire technique plus convaincant ?</w:t>
      </w:r>
    </w:p>
    <w:p>
      <w:r>
        <w:t>Mettez en avant vos atouts différenciants, utilisez des exemples concrets, chiffrez vos résultats, et soignez la présentation. Relisez plusieurs fois et faites relire par un tiers.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