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mémoire technique Word gratuit à télécharger</w:t>
      </w:r>
    </w:p>
    <w:p>
      <w:r>
        <w:t>Ce modèle Word de mémoire technique est conçu pour vous faire gagner du temps et structurer votre document de manière professionnelle. Il inclut toutes les sections essentielles attendues par les maîtres d'ouvrage et les acheteurs publics. Téléchargez-le, personnalisez-le avec vos informations, et vous obtiendrez un mémoire technique clair et convaincant.</w:t>
      </w:r>
    </w:p>
    <w:p>
      <w:r>
        <w:rPr>
          <w:b/>
        </w:rPr>
        <w:t>Ce modèle est fourni à titre indicatif. Adaptez-le à votre projet et à votre secteur d'activité. Vérifiez que votre mémoire technique respecte les exigences spécifiques de l'appel d'offres auquel vous répondez.</w:t>
      </w:r>
    </w:p>
    <w:p>
      <w:pPr>
        <w:pStyle w:val="Heading1"/>
      </w:pPr>
      <w:r>
        <w:t>Mode d'emploi</w:t>
      </w:r>
    </w:p>
    <w:p>
      <w:pPr>
        <w:pStyle w:val="ListNumber"/>
      </w:pPr>
      <w:r>
        <w:t>Téléchargez le fichier Word en cliquant sur le bouton ci-dessous.</w:t>
      </w:r>
    </w:p>
    <w:p>
      <w:pPr>
        <w:pStyle w:val="ListNumber"/>
      </w:pPr>
      <w:r>
        <w:t>Ouvrez le document avec Microsoft Word ou un logiciel compatible.</w:t>
      </w:r>
    </w:p>
    <w:p>
      <w:pPr>
        <w:pStyle w:val="ListNumber"/>
      </w:pPr>
      <w:r>
        <w:t>Remplacez les textes entre crochets par vos informations (nom de l'entreprise, coordonnées, etc.).</w:t>
      </w:r>
    </w:p>
    <w:p>
      <w:pPr>
        <w:pStyle w:val="ListNumber"/>
      </w:pPr>
      <w:r>
        <w:t>Complétez chaque section avec des détails concrets sur votre projet.</w:t>
      </w:r>
    </w:p>
    <w:p>
      <w:pPr>
        <w:pStyle w:val="ListNumber"/>
      </w:pPr>
      <w:r>
        <w:t>Relisez et ajustez la mise en page si nécessaire, puis exportez en PDF si demandé.</w:t>
      </w:r>
    </w:p>
    <w:p>
      <w:pPr>
        <w:pStyle w:val="Heading1"/>
      </w:pPr>
      <w:r>
        <w:t>Contenu du modèle</w:t>
      </w:r>
    </w:p>
    <w:p>
      <w:r>
        <w:t>Le modèle comprend les sections suivantes : page de garde, sommaire, présentation de l'entreprise (historique, effectifs, chiffres clés), organisation et moyens humains, méthodologie de gestion de projet, moyens techniques et matériels, planning prévisionnel, références et attestations, et conclusion. Chaque section est pré-remplie avec des exemples de phrases à adapter.</w:t>
      </w:r>
    </w:p>
    <w:p>
      <w:pPr>
        <w:pStyle w:val="Heading1"/>
      </w:pPr>
      <w:r>
        <w:t>Avantages du modèle</w:t>
      </w:r>
    </w:p>
    <w:p>
      <w:r>
        <w:t>Ce modèle vous permet de structurer votre mémoire technique facilement, de gagner du temps, et de vous assurer que vous couvrez tous les points importants. Il est personnalisable et prêt à l'emploi.</w:t>
      </w:r>
    </w:p>
    <w:p>
      <w:pPr>
        <w:pStyle w:val="Heading1"/>
      </w:pPr>
      <w:r>
        <w:t>Modèle prêt à adapter</w:t>
      </w:r>
    </w:p>
    <w:p>
      <w:r>
        <w:t>Télécharger le modèle Word : [Lien de téléchargement] Instructions : 1. Téléchargez le fichier .docx. 2. Ouvrez-le dans Word ou LibreOffice. 3. Remplacez les crochets par vos informations. 4. Adaptez les sections à votre projet. 5. Supprimez les exemples non pertinents. Structure du modèle : - Page de garde : [Logo de l'entreprise], [Nom de l'entreprise], [Adresse], [Téléphone], [Email], [Date] - Sommaire : [Liste des sections] - 1. Présentation de l'entreprise : [Historique], [Effectifs], [Chiffre d'affaires], [Secteur d'activité] - 2. Organisation et moyens humains : [Organigramme], [Équipe dédiée], [CV des intervenants clés] - 3. Méthodologie de gestion de projet : [Phases], [Outils de suivi], [Gestion des risques] - 4. Moyens techniques et matériels : [Matériel], [Logiciels], [Équipements spécifiques] - 5. Planning prévisionnel : [Calendrier], [Jalons], [Échéances] - 6. Références et attestations : [Liste de références], [Certificats] - 7. Conclusion : [Résumé], [Engagements] Conseils : - Personnalisez chaque section avec des informations précises et vérifiables. - Utilisez des tableaux pour les plannings et les références. - Relisez le document pour éviter les fautes. - Exportez en PDF si demandé par l'acheteur.</w:t>
      </w:r>
    </w:p>
    <w:p>
      <w:pPr>
        <w:pStyle w:val="Heading1"/>
      </w:pPr>
      <w:r>
        <w:t>Checklist</w:t>
      </w:r>
    </w:p>
    <w:p>
      <w:r>
        <w:t>☐ J'ai remplacé tous les crochets par mes informations.</w:t>
      </w:r>
    </w:p>
    <w:p>
      <w:r>
        <w:t>☐ J'ai vérifié que les coordonnées de l'entreprise sont correctes.</w:t>
      </w:r>
    </w:p>
    <w:p>
      <w:r>
        <w:t>☐ J'ai inclus un organigramme ou une description de l'équipe.</w:t>
      </w:r>
    </w:p>
    <w:p>
      <w:r>
        <w:t>☐ J'ai détaillé ma méthodologie de gestion de projet.</w:t>
      </w:r>
    </w:p>
    <w:p>
      <w:r>
        <w:t>☐ J'ai listé les moyens techniques et matériels à disposition.</w:t>
      </w:r>
    </w:p>
    <w:p>
      <w:r>
        <w:t>☐ J'ai inséré un planning prévisionnel réaliste.</w:t>
      </w:r>
    </w:p>
    <w:p>
      <w:r>
        <w:t>☐ J'ai ajouté des références de projets similaires.</w:t>
      </w:r>
    </w:p>
    <w:p>
      <w:r>
        <w:t>☐ J'ai relu le document et corrigé les fautes.</w:t>
      </w:r>
    </w:p>
    <w:p>
      <w:r>
        <w:t>☐ J'ai exporté le document en PDF si nécessaire.</w:t>
      </w:r>
    </w:p>
    <w:p>
      <w:pPr>
        <w:pStyle w:val="Heading1"/>
      </w:pPr>
      <w:r>
        <w:t>Questions fréquentes</w:t>
      </w:r>
    </w:p>
    <w:p>
      <w:r>
        <w:rPr>
          <w:b/>
        </w:rPr>
        <w:t>Puis-je utiliser ce modèle pour un appel d'offres public ?</w:t>
      </w:r>
    </w:p>
    <w:p>
      <w:r>
        <w:t>Oui, ce modèle est conçu pour vous aider à structurer votre mémoire technique. Cependant, chaque appel d'offres peut avoir des exigences spécifiques. Vérifiez toujours le cahier des charges et adaptez le modèle en conséquence.</w:t>
      </w:r>
    </w:p>
    <w:p>
      <w:r>
        <w:rPr>
          <w:b/>
        </w:rPr>
        <w:t>Le modèle est-il vraiment gratuit ?</w:t>
      </w:r>
    </w:p>
    <w:p>
      <w:r>
        <w:t>Oui, le modèle est gratuit à télécharger et à utiliser. Vous pouvez le modifier selon vos besoins.</w:t>
      </w:r>
    </w:p>
    <w:p>
      <w:r>
        <w:rPr>
          <w:b/>
        </w:rPr>
        <w:t>Que faire si je n'ai pas Microsoft Word ?</w:t>
      </w:r>
    </w:p>
    <w:p>
      <w:r>
        <w:t>Vous pouvez utiliser des logiciels compatibles comme LibreOffice Writer ou Google Docs. Le fichier .docx est généralement pris en charge par ces outils.</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