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mémoire professionnel PDF à télécharger</w:t>
      </w:r>
    </w:p>
    <w:p>
      <w:r>
        <w:t>Ce modèle de mémoire professionnel au format PDF vous offre une structure claire et complète pour organiser votre travail. Téléchargez-le, personnalisez-le et suivez les conseils de rédaction pour chaque section afin de produire un document professionnel et convaincant.</w:t>
      </w:r>
    </w:p>
    <w:p>
      <w:r>
        <w:rPr>
          <w:b/>
        </w:rPr>
        <w:t>Ce modèle est fourni à titre indicatif. Adaptez-le à votre situation, à votre formation et aux exigences de votre établissement. Faites relire votre mémoire par un professionnel compétent avant de le soumettre.</w:t>
      </w:r>
    </w:p>
    <w:p>
      <w:pPr>
        <w:pStyle w:val="Heading1"/>
      </w:pPr>
      <w:r>
        <w:t>Mode d'emploi</w:t>
      </w:r>
    </w:p>
    <w:p>
      <w:pPr>
        <w:pStyle w:val="ListNumber"/>
      </w:pPr>
      <w:r>
        <w:t>Téléchargez le fichier PDF du modèle.</w:t>
      </w:r>
    </w:p>
    <w:p>
      <w:pPr>
        <w:pStyle w:val="ListNumber"/>
      </w:pPr>
      <w:r>
        <w:t>Ouvrez-le avec un lecteur PDF et imprimez-le ou utilisez un logiciel d'édition PDF pour le remplir.</w:t>
      </w:r>
    </w:p>
    <w:p>
      <w:pPr>
        <w:pStyle w:val="ListNumber"/>
      </w:pPr>
      <w:r>
        <w:t>Remplissez chaque section en suivant les consignes et les conseils fournis.</w:t>
      </w:r>
    </w:p>
    <w:p>
      <w:pPr>
        <w:pStyle w:val="ListNumber"/>
      </w:pPr>
      <w:r>
        <w:t>Relisez attentivement votre mémoire et faites-le corriger si nécessaire.</w:t>
      </w:r>
    </w:p>
    <w:p>
      <w:pPr>
        <w:pStyle w:val="Heading1"/>
      </w:pPr>
      <w:r>
        <w:t>Structure du modèle</w:t>
      </w:r>
    </w:p>
    <w:p>
      <w:r>
        <w:t>Le modèle comprend les sections suivantes : page de garde, remerciements, sommaire, introduction, développement (avec sous-sections), conclusion, bibliographie. Chaque section est présentée avec des indications pour vous guider.</w:t>
      </w:r>
    </w:p>
    <w:p>
      <w:pPr>
        <w:pStyle w:val="Heading1"/>
      </w:pPr>
      <w:r>
        <w:t>Conseils de rédaction</w:t>
      </w:r>
    </w:p>
    <w:p>
      <w:r>
        <w:t>Pour la page de garde, indiquez vos nom, prénom, titre du mémoire, établissement, année. Dans les remerciements, remerciez les personnes qui vous ont aidé. Le sommaire doit lister les parties et sous-parties avec les numéros de page. L'introduction présente le sujet, la problématique et la méthodologie. Le développement est structuré en plusieurs parties avec des titres explicites. La conclusion résume les résultats et ouvre des perspectives. La bibliographie suit les normes de citation (par exemple APA).</w:t>
      </w:r>
    </w:p>
    <w:p>
      <w:pPr>
        <w:pStyle w:val="Heading1"/>
      </w:pPr>
      <w:r>
        <w:t>Modèle prêt à adapter</w:t>
      </w:r>
    </w:p>
    <w:p>
      <w:r>
        <w:t>MODÈLE DE MÉMOIRE PROFESSIONNEL [Votre Nom] [Votre Prénom] [Titre du mémoire] [Établissement] [Année] REMERCIEMENTS [Exprimez votre gratitude envers les personnes qui ont contribué à votre travail.] SOMMAIRE 1. Introduction 2. Développement 2.1. [Première partie] 2.2. [Deuxième partie] 2.3. [Troisième partie] 3. Conclusion 4. Bibliographie INTRODUCTION [Présentez le contexte, le sujet, la problématique et la méthodologie.] DÉVELOPPEMENT 2.1. [Première partie] [Développez vos arguments, analyses, exemples.] 2.2. [Deuxième partie] [Développez vos arguments, analyses, exemples.] 2.3. [Troisième partie] [Développez vos arguments, analyses, exemples.] CONCLUSION [Résumez les points clés, répondez à la problématique, ouvrez des perspectives.] BIBLIOGRAPHIE [Listez vos sources selon les normes de citation.]</w:t>
      </w:r>
    </w:p>
    <w:p>
      <w:pPr>
        <w:pStyle w:val="Heading1"/>
      </w:pPr>
      <w:r>
        <w:t>Checklist</w:t>
      </w:r>
    </w:p>
    <w:p>
      <w:r>
        <w:t>☐ Page de garde complète (nom, titre, établissement, année)</w:t>
      </w:r>
    </w:p>
    <w:p>
      <w:r>
        <w:t>☐ Remerciements rédigés</w:t>
      </w:r>
    </w:p>
    <w:p>
      <w:r>
        <w:t>☐ Sommaire avec numéros de page</w:t>
      </w:r>
    </w:p>
    <w:p>
      <w:r>
        <w:t>☐ Introduction claire (contexte, problématique, méthodologie)</w:t>
      </w:r>
    </w:p>
    <w:p>
      <w:r>
        <w:t>☐ Développement structuré en parties et sous-parties</w:t>
      </w:r>
    </w:p>
    <w:p>
      <w:r>
        <w:t>☐ Conclusion répondant à la problématique</w:t>
      </w:r>
    </w:p>
    <w:p>
      <w:r>
        <w:t>☐ Bibliographie aux normes</w:t>
      </w:r>
    </w:p>
    <w:p>
      <w:r>
        <w:t>☐ Relecture orthographique et grammaticale</w:t>
      </w:r>
    </w:p>
    <w:p>
      <w:r>
        <w:t>☐ Mise en page professionnelle (police, marges, interligne)</w:t>
      </w:r>
    </w:p>
    <w:p>
      <w:pPr>
        <w:pStyle w:val="Heading1"/>
      </w:pPr>
      <w:r>
        <w:t>Questions fréquentes</w:t>
      </w:r>
    </w:p>
    <w:p>
      <w:r>
        <w:rPr>
          <w:b/>
        </w:rPr>
        <w:t>Puis-je utiliser ce modèle pour mon mémoire ?</w:t>
      </w:r>
    </w:p>
    <w:p>
      <w:r>
        <w:t>Oui, ce modèle est conçu pour vous aider à structurer votre mémoire professionnel. Vous devez l'adapter à votre sujet, à votre formation et aux consignes de votre établissement.</w:t>
      </w:r>
    </w:p>
    <w:p>
      <w:r>
        <w:rPr>
          <w:b/>
        </w:rPr>
        <w:t>Quelle doit être la longueur d'un mémoire professionnel ?</w:t>
      </w:r>
    </w:p>
    <w:p>
      <w:r>
        <w:t>La longueur varie selon le niveau (licence, master) et les exigences de l'établissement. En général, un mémoire professionnel fait entre 30 et 60 pages. Consultez votre référent pédagogique.</w:t>
      </w:r>
    </w:p>
    <w:p>
      <w:r>
        <w:rPr>
          <w:b/>
        </w:rPr>
        <w:t>Comment citer les sources dans la bibliographie ?</w:t>
      </w:r>
    </w:p>
    <w:p>
      <w:r>
        <w:t>Utilisez les normes de citation demandées par votre établissement (par exemple APA, MLA). Le plus courant est le format auteur-date. Vérifiez les consignes précises.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