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Mémoire Académique à Télécharger (Word)</w:t>
      </w:r>
    </w:p>
    <w:p>
      <w:r>
        <w:t>Ce modèle de mémoire académique vous offre une structure complète et professionnelle pour rédiger votre travail de recherche. Téléchargez-le, personnalisez-le et gagnez du temps dans la mise en forme.</w:t>
      </w:r>
    </w:p>
    <w:p>
      <w:r>
        <w:rPr>
          <w:b/>
        </w:rPr>
        <w:t>Ce modèle est fourni à titre indicatif. Adaptez-le aux consignes spécifiques de votre établissement et faites valider la structure par votre directeur de mémoire.</w:t>
      </w:r>
    </w:p>
    <w:p>
      <w:pPr>
        <w:pStyle w:val="Heading1"/>
      </w:pPr>
      <w:r>
        <w:t>Mode d'emploi</w:t>
      </w:r>
    </w:p>
    <w:p>
      <w:pPr>
        <w:pStyle w:val="ListNumber"/>
      </w:pPr>
      <w:r>
        <w:t>Téléchargez le fichier Word et ouvrez-le dans votre traitement de texte.</w:t>
      </w:r>
    </w:p>
    <w:p>
      <w:pPr>
        <w:pStyle w:val="ListNumber"/>
      </w:pPr>
      <w:r>
        <w:t>Remplacez les informations entre crochets par vos propres données (titre, auteur, université, année).</w:t>
      </w:r>
    </w:p>
    <w:p>
      <w:pPr>
        <w:pStyle w:val="ListNumber"/>
      </w:pPr>
      <w:r>
        <w:t>Utilisez les styles de titre intégrés (Titre 1, Titre 2, etc.) pour structurer vos sections ; cela facilitera la génération automatique du sommaire.</w:t>
      </w:r>
    </w:p>
    <w:p>
      <w:pPr>
        <w:pStyle w:val="ListNumber"/>
      </w:pPr>
      <w:r>
        <w:t>Insérez votre contenu dans chaque section en respectant les indications données.</w:t>
      </w:r>
    </w:p>
    <w:p>
      <w:pPr>
        <w:pStyle w:val="ListNumber"/>
      </w:pPr>
      <w:r>
        <w:t>Mettez à jour le sommaire : cliquez droit sur le sommaire et choisissez « Mettre à jour le champ ».</w:t>
      </w:r>
    </w:p>
    <w:p>
      <w:pPr>
        <w:pStyle w:val="ListNumber"/>
      </w:pPr>
      <w:r>
        <w:t>Relisez et faites relire votre mémoire pour vérifier la cohérence et l'orthographe.</w:t>
      </w:r>
    </w:p>
    <w:p>
      <w:pPr>
        <w:pStyle w:val="Heading1"/>
      </w:pPr>
      <w:r>
        <w:t>Contenu du modèle</w:t>
      </w:r>
    </w:p>
    <w:p>
      <w:r>
        <w:t>Le modèle comprend : une page de garde, un sommaire automatique, une introduction, une revue de littérature, une méthodologie, des résultats, une discussion, une conclusion, une bibliographie et des annexes. Chaque section est pré-formatée avec des styles de police et d'espacement académiques.</w:t>
      </w:r>
    </w:p>
    <w:p>
      <w:pPr>
        <w:pStyle w:val="Heading1"/>
      </w:pPr>
      <w:r>
        <w:t>Conseils d'utilisation</w:t>
      </w:r>
    </w:p>
    <w:p>
      <w:r>
        <w:t>Pour la pagination, insérez des sauts de section pour séparer la page de garde (sans numéro) du reste du document. Pour les citations, utilisez le style APA ou celui imposé par votre université. Pensez à insérer des notes de bas de page si nécessaire.</w:t>
      </w:r>
    </w:p>
    <w:p>
      <w:pPr>
        <w:pStyle w:val="Heading1"/>
      </w:pPr>
      <w:r>
        <w:t>Modèle prêt à adapter</w:t>
      </w:r>
    </w:p>
    <w:p>
      <w:r>
        <w:t>[Page de garde] [Logo université] [Intitulé du diplôme] Titre du mémoire : [Titre] Présenté par : [Prénom NOM] Sous la direction de : [Prénom NOM du directeur] Année universitaire : [Année] [Page suivante] Sommaire (Insérez un sommaire automatique) [Page suivante] Introduction [Présentez le sujet, la problématique, l'intérêt de l'étude et l'annonce du plan.] [Page suivante] Revue de littérature [Synthétisez les travaux existants sur votre sujet, montrez les lacunes et justifiez votre recherche.] [Page suivante] Méthodologie [Décrivez votre approche : terrain, échantillon, outils de collecte, méthode d'analyse.] [Page suivante] Résultats [Présentez vos résultats de manière factuelle, avec des tableaux ou graphiques si nécessaire.] [Page suivante] Discussion [Interprétez vos résultats, comparez-les à la littérature, discutez des limites.] [Page suivante] Conclusion [Rappelez les objectifs, synthétisez les principaux résultats, proposez des perspectives.] [Page suivante] Bibliographie [Listez toutes les références citées dans le texte, selon le format demandé.] [Page suivante] Annexes [Insérez ici les documents complémentaires : questionnaires, transcriptions, etc.]</w:t>
      </w:r>
    </w:p>
    <w:p>
      <w:pPr>
        <w:pStyle w:val="Heading1"/>
      </w:pPr>
      <w:r>
        <w:t>Checklist</w:t>
      </w:r>
    </w:p>
    <w:p>
      <w:r>
        <w:t>☐ Page de garde complète avec toutes les informations requises</w:t>
      </w:r>
    </w:p>
    <w:p>
      <w:r>
        <w:t>☐ Sommaire automatique à jour</w:t>
      </w:r>
    </w:p>
    <w:p>
      <w:r>
        <w:t>☐ Introduction avec problématique claire et annonce du plan</w:t>
      </w:r>
    </w:p>
    <w:p>
      <w:r>
        <w:t>☐ Revue de littérature structurée et critique</w:t>
      </w:r>
    </w:p>
    <w:p>
      <w:r>
        <w:t>☐ Méthodologie détaillée et justifiée</w:t>
      </w:r>
    </w:p>
    <w:p>
      <w:r>
        <w:t>☐ Résultats présentés objectivement</w:t>
      </w:r>
    </w:p>
    <w:p>
      <w:r>
        <w:t>☐ Discussion reliant les résultats à la littérature</w:t>
      </w:r>
    </w:p>
    <w:p>
      <w:r>
        <w:t>☐ Conclusion synthétique et ouverture</w:t>
      </w:r>
    </w:p>
    <w:p>
      <w:r>
        <w:t>☐ Bibliographie conforme aux normes</w:t>
      </w:r>
    </w:p>
    <w:p>
      <w:r>
        <w:t>☐ Pagination correcte et cohérente</w:t>
      </w:r>
    </w:p>
    <w:p>
      <w:pPr>
        <w:pStyle w:val="Heading1"/>
      </w:pPr>
      <w:r>
        <w:t>Questions fréquentes</w:t>
      </w:r>
    </w:p>
    <w:p>
      <w:r>
        <w:rPr>
          <w:b/>
        </w:rPr>
        <w:t>Puis-je utiliser ce modèle pour un mémoire de licence ou de master ?</w:t>
      </w:r>
    </w:p>
    <w:p>
      <w:r>
        <w:t>Oui, ce modèle est conçu pour être adaptable à différents niveaux. Il suffit d'ajuster la profondeur du contenu et de respecter les consignes de votre établissement.</w:t>
      </w:r>
    </w:p>
    <w:p>
      <w:r>
        <w:rPr>
          <w:b/>
        </w:rPr>
        <w:t>Comment insérer un sommaire automatique ?</w:t>
      </w:r>
    </w:p>
    <w:p>
      <w:r>
        <w:t>Dans Word, allez dans l'onglet « Références », cliquez sur « Table des matières » et choisissez un style automatique. Assurez-vous d'avoir appliqué les styles de titre (Titre 1, Titre 2) à vos sections.</w:t>
      </w:r>
    </w:p>
    <w:p>
      <w:r>
        <w:rPr>
          <w:b/>
        </w:rPr>
        <w:t>Ce modèle est-il conforme aux normes APA ?</w:t>
      </w:r>
    </w:p>
    <w:p>
      <w:r>
        <w:t>Le modèle fournit une structure générale. Pour les citations et la bibliographie, vous devez appliquer les règles APA ou celles de votre université. Le modèle n'impose pas un format spécifique.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