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Livret d'Accueil Entreprise : Télécharger en Word/PDF</w:t>
      </w:r>
    </w:p>
    <w:p>
      <w:r>
        <w:t>Ce modèle de livret d'accueil vous permet d'accueillir vos nouveaux employés de manière professionnelle et structurée. Téléchargez-le, personnalisez-le selon votre entreprise et offrez à chaque nouvel arrivant un guide complet pour bien démarrer.</w:t>
      </w:r>
    </w:p>
    <w:p>
      <w:r>
        <w:rPr>
          <w:b/>
        </w:rPr>
        <w:t>Ce document est fourni à titre d'exemple. Adaptez-le à votre contexte et faites-le valider par votre service RH ou juridique si nécessaire.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Word ou PDF ci-dessous.</w:t>
      </w:r>
    </w:p>
    <w:p>
      <w:pPr>
        <w:pStyle w:val="ListNumber"/>
      </w:pPr>
      <w:r>
        <w:t>Ouvrez le document dans votre traitement de texte.</w:t>
      </w:r>
    </w:p>
    <w:p>
      <w:pPr>
        <w:pStyle w:val="ListNumber"/>
      </w:pPr>
      <w:r>
        <w:t>Remplacez les informations entre crochets par les données de votre entreprise.</w:t>
      </w:r>
    </w:p>
    <w:p>
      <w:pPr>
        <w:pStyle w:val="ListNumber"/>
      </w:pPr>
      <w:r>
        <w:t>Personnalisez les sections selon votre culture et vos procédures.</w:t>
      </w:r>
    </w:p>
    <w:p>
      <w:pPr>
        <w:pStyle w:val="ListNumber"/>
      </w:pPr>
      <w:r>
        <w:t>Faites relire le document par un responsable avant diffusion.</w:t>
      </w:r>
    </w:p>
    <w:p>
      <w:pPr>
        <w:pStyle w:val="ListNumber"/>
      </w:pPr>
      <w:r>
        <w:t>Imprimez ou envoyez en version numérique à chaque nouvel employé.</w:t>
      </w:r>
    </w:p>
    <w:p>
      <w:pPr>
        <w:pStyle w:val="Heading1"/>
      </w:pPr>
      <w:r>
        <w:t>Aperçu du modèle</w:t>
      </w:r>
    </w:p>
    <w:p>
      <w:r>
        <w:t>Le modèle comprend les sections suivantes : page de garde, mot de bienvenue, présentation de l'entreprise, organigramme, informations pratiques, procédures internes, avantages sociaux, contacts utiles, et annexes.</w:t>
      </w:r>
    </w:p>
    <w:p>
      <w:pPr>
        <w:pStyle w:val="Heading1"/>
      </w:pPr>
      <w:r>
        <w:t>Conseils de personnalisation</w:t>
      </w:r>
    </w:p>
    <w:p>
      <w:r>
        <w:t>Ajoutez votre logo, adaptez les couleurs, insérez des photos de vos locaux et de votre équipe. Rédigez un mot de bienvenue chaleureux et personnalisé.</w:t>
      </w:r>
    </w:p>
    <w:p>
      <w:pPr>
        <w:pStyle w:val="Heading1"/>
      </w:pPr>
      <w:r>
        <w:t>Modèle prêt à adapter</w:t>
      </w:r>
    </w:p>
    <w:p>
      <w:r>
        <w:t>LIVRET D'ACCUEIL [Nom de l'entreprise] [Logo] [Année] 1. MOT DE BIENVENUE Cher(e) collègue, Bienvenue dans notre entreprise ! Nous sommes ravis de vous compter parmi nous. Ce livret vous guidera dans vos premiers jours et vous fournira toutes les informations essentielles. N'hésitez pas à poser des questions à votre manager ou au service RH. 2. PRÉSENTATION DE L'ENTREPRISE - Histoire : [Brève histoire de l'entreprise] - Activité : [Description de l'activité] - Valeurs : [Liste des valeurs] - Chiffres clés : [Effectif, CA, etc.] 3. ORGANIGRAMME [Insérer un organigramme simple avec les principaux services et responsables] 4. INFORMATIONS PRATIQUES - Horaires de travail : [Horaires] - Tenue : [Code vestimentaire] - Badge d'accès : [Procédure d'obtention] - Parking : [Informations] - Restauration : [Options] - Transports : [Accès] 5. PROCÉDURES INTERNES - Gestion des congés : [Procédure] - Notes de frais : [Procédure] - Utilisation du matériel : [Règles] - Sécurité : [Consignes] 6. AVANTAGES SOCIAUX - Mutuelle : [Description] - Prévoyance : [Description] - Tickets restaurant : [Description] - Autres avantages : [Liste] 7. CONTACTS UTILES - Service RH : [Nom, téléphone, email] - IT Support : [Nom, téléphone, email] - Représentants du personnel : [Nom, téléphone, email] 8. ANNEXES - Règlement intérieur - Chartre informatique - Formulaire d'urgence Merci et bonne intégration !</w:t>
      </w:r>
    </w:p>
    <w:p>
      <w:pPr>
        <w:pStyle w:val="Heading1"/>
      </w:pPr>
      <w:r>
        <w:t>Checklist</w:t>
      </w:r>
    </w:p>
    <w:p>
      <w:r>
        <w:t>☐ Logo et coordonnées de l'entreprise présents</w:t>
      </w:r>
    </w:p>
    <w:p>
      <w:r>
        <w:t>☐ Mot de bienvenue personnalisé</w:t>
      </w:r>
    </w:p>
    <w:p>
      <w:r>
        <w:t>☐ Organigramme à jour</w:t>
      </w:r>
    </w:p>
    <w:p>
      <w:r>
        <w:t>☐ Informations pratiques vérifiées</w:t>
      </w:r>
    </w:p>
    <w:p>
      <w:r>
        <w:t>☐ Procédures internes claires</w:t>
      </w:r>
    </w:p>
    <w:p>
      <w:r>
        <w:t>☐ Avantages sociaux détaillés</w:t>
      </w:r>
    </w:p>
    <w:p>
      <w:r>
        <w:t>☐ Contacts utiles avec numéros et emails</w:t>
      </w:r>
    </w:p>
    <w:p>
      <w:r>
        <w:t>☐ Annexes incluses (règlement intérieur, etc.)</w:t>
      </w:r>
    </w:p>
    <w:p>
      <w:r>
        <w:t>☐ Relecture par un responsable</w:t>
      </w:r>
    </w:p>
    <w:p>
      <w:r>
        <w:t>☐ Version PDF générée pour diffusion</w:t>
      </w:r>
    </w:p>
    <w:p>
      <w:pPr>
        <w:pStyle w:val="Heading1"/>
      </w:pPr>
      <w:r>
        <w:t>Questions fréquentes</w:t>
      </w:r>
    </w:p>
    <w:p>
      <w:r>
        <w:rPr>
          <w:b/>
        </w:rPr>
        <w:t>Comment personnaliser ce modèle ?</w:t>
      </w:r>
    </w:p>
    <w:p>
      <w:r>
        <w:t>Téléchargez le fichier Word et remplacez les textes entre crochets par vos informations. Vous pouvez aussi modifier les couleurs, ajouter des images et supprimer des sections inutiles.</w:t>
      </w:r>
    </w:p>
    <w:p>
      <w:r>
        <w:rPr>
          <w:b/>
        </w:rPr>
        <w:t>Quelles sections sont obligatoires dans un livret d'accueil ?</w:t>
      </w:r>
    </w:p>
    <w:p>
      <w:r>
        <w:t>Il n'y a pas d'obligation légale stricte, mais il est recommandé d'inclure : présentation de l'entreprise, organigramme, informations pratiques, procédures internes (congés, sécurité), avantages sociaux et contacts utiles.</w:t>
      </w:r>
    </w:p>
    <w:p>
      <w:r>
        <w:rPr>
          <w:b/>
        </w:rPr>
        <w:t>Puis-je utiliser ce modèle pour une association ?</w:t>
      </w:r>
    </w:p>
    <w:p>
      <w:r>
        <w:t>Oui, adaptez-le simplement au contexte associatif en modifiant les sections comme la présentation et les avantages.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