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Jugement de Divorce PDF à Télécharger</w:t>
      </w:r>
    </w:p>
    <w:p>
      <w:r>
        <w:t>Ce modèle de jugement de divorce vous permet de visualiser la structure d'un tel document. Il est fourni à titre illustratif et ne remplace pas un avis juridique. Téléchargez-le pour comprendre les sections clés.</w:t>
      </w:r>
    </w:p>
    <w:p>
      <w:r>
        <w:rPr>
          <w:b/>
        </w:rPr>
        <w:t>IMPORTANT : Ce document est un exemple générique. Il ne constitue pas un acte juridique valide. Pour toute procédure de divorce, consultez un avocat.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PDF en cliquant sur le lien ci-dessous.</w:t>
      </w:r>
    </w:p>
    <w:p>
      <w:pPr>
        <w:pStyle w:val="ListNumber"/>
      </w:pPr>
      <w:r>
        <w:t>Ouvrez-le avec un lecteur PDF (Adobe Acrobat, etc.).</w:t>
      </w:r>
    </w:p>
    <w:p>
      <w:pPr>
        <w:pStyle w:val="ListNumber"/>
      </w:pPr>
      <w:r>
        <w:t>Examinez les différentes sections pour comprendre la structure.</w:t>
      </w:r>
    </w:p>
    <w:p>
      <w:pPr>
        <w:pStyle w:val="ListNumber"/>
      </w:pPr>
      <w:r>
        <w:t>Utilisez-le comme référence pour discuter avec votre avocat.</w:t>
      </w:r>
    </w:p>
    <w:p>
      <w:pPr>
        <w:pStyle w:val="Heading1"/>
      </w:pPr>
      <w:r>
        <w:t>Structure du jugement</w:t>
      </w:r>
    </w:p>
    <w:p>
      <w:r>
        <w:t>Le jugement de divorce comprend généralement : l'en-tête du tribunal, l'identité des époux, les motifs du divorce, les mesures provisoires, et la décision finale. Ce modèle reprend ces éléments.</w:t>
      </w:r>
    </w:p>
    <w:p>
      <w:pPr>
        <w:pStyle w:val="Heading1"/>
      </w:pPr>
      <w:r>
        <w:t>Utilisation du modèle</w:t>
      </w:r>
    </w:p>
    <w:p>
      <w:r>
        <w:t>Ce modèle est un outil pédagogique. Ne le remplissez pas et ne le soumettez pas à un tribunal. Utilisez-le pour vous familiariser avec les termes et la structure.</w:t>
      </w:r>
    </w:p>
    <w:p>
      <w:pPr>
        <w:pStyle w:val="Heading1"/>
      </w:pPr>
      <w:r>
        <w:t>Modèle prêt à adapter</w:t>
      </w:r>
    </w:p>
    <w:p>
      <w:r>
        <w:t>REPUBLIQUE FRANÇAISE AU NOM DU PEUPLE FRANÇAIS TRIBUNAL JUDICIAIRE DE [VILLE] JUGEMENT DE DIVORCE N° RG : [Numéro] Le [Date], le tribunal judiciaire de [Ville] a rendu le jugement suivant : ENTRE : M. [Nom de l'époux], né le [Date de naissance] à [Lieu], demeurant [Adresse], ET Mme [Nom de l'épouse], née le [Date de naissance] à [Lieu], demeurant [Adresse], Vu les articles du Code civil relatifs au divorce, Attendu que les époux se sont mariés le [Date du mariage] à [Lieu], Attendu que [exposé des faits et motifs], Le tribunal, statuant publiquement, par jugement contradictoire et en premier ressort, DÉCIDE : Article 1 : Prononce le divorce des époux [Nom] et [Nom]. Article 2 : Ordonne la mention du présent jugement en marge de l'acte de mariage. Article 3 : Fixe la résidence des enfants chez [M. / Mme] [Nom], avec un droit de visite et d'hébergement pour l'autre parent. Article 4 : Condamne [M. / Mme] [Nom] à verser une pension alimentaire de [Montant] euros par mois pour l'entretien des enfants. Article 5 : Dit que la prestation compensatoire est fixée à [Montant] euros. Article 6 : Laisse les dépens à la charge de [partie]. Ainsi jugé et prononcé le [Date] au tribunal judiciaire de [Ville]. Le Greffier, Le Président, [Signature] [Signature]</w:t>
      </w:r>
    </w:p>
    <w:p>
      <w:pPr>
        <w:pStyle w:val="Heading1"/>
      </w:pPr>
      <w:r>
        <w:t>Checklist</w:t>
      </w:r>
    </w:p>
    <w:p>
      <w:r>
        <w:t>☐ Vérifier l'orthographe des noms et dates.</w:t>
      </w:r>
    </w:p>
    <w:p>
      <w:r>
        <w:t>☐ S'assurer que les motifs sont conformes à la loi.</w:t>
      </w:r>
    </w:p>
    <w:p>
      <w:r>
        <w:t>☐ Inclure toutes les mesures concernant les enfants.</w:t>
      </w:r>
    </w:p>
    <w:p>
      <w:r>
        <w:t>☐ Préciser les montants des pensions et prestations.</w:t>
      </w:r>
    </w:p>
    <w:p>
      <w:r>
        <w:t>☐ Faire relire par un avocat.</w:t>
      </w:r>
    </w:p>
    <w:p>
      <w:r>
        <w:t>☐ Ne pas utiliser ce modèle comme document officiel.</w:t>
      </w:r>
    </w:p>
    <w:p>
      <w:pPr>
        <w:pStyle w:val="Heading1"/>
      </w:pPr>
      <w:r>
        <w:t>Questions fréquentes</w:t>
      </w:r>
    </w:p>
    <w:p>
      <w:r>
        <w:rPr>
          <w:b/>
        </w:rPr>
        <w:t>Puis-je utiliser ce modèle pour mon divorce ?</w:t>
      </w:r>
    </w:p>
    <w:p>
      <w:r>
        <w:t>Non, ce modèle est un exemple à but pédagogique. Un jugement de divorce doit être rédigé par un professionnel du droit et validé par un tribunal.</w:t>
      </w:r>
    </w:p>
    <w:p>
      <w:r>
        <w:rPr>
          <w:b/>
        </w:rPr>
        <w:t>Quelles sont les sections obligatoires d'un jugement de divorce ?</w:t>
      </w:r>
    </w:p>
    <w:p>
      <w:r>
        <w:t>Les sections obligatoires incluent l'identification du tribunal, les parties, les motifs, les mesures (garde, pension), et la décision. La structure peut varier selon les cas.</w:t>
      </w:r>
    </w:p>
    <w:p>
      <w:r>
        <w:rPr>
          <w:b/>
        </w:rPr>
        <w:t>Ce modèle est-il conforme au droit français ?</w:t>
      </w:r>
    </w:p>
    <w:p>
      <w:r>
        <w:t>Il reprend la structure générale, mais il n'est pas un document juridique officiel. Les textes de loi et les procédures évoluent, consultez un avocat.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