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d'Introduction de Mémoire (PDF)</w:t>
      </w:r>
    </w:p>
    <w:p>
      <w:r>
        <w:t>Téléchargez un modèle d'introduction de mémoire au format PDF, structuré en quatre sections clés : contexte, problématique, objectifs et annonce du plan. Des formulations types vous guident pour chaque partie.</w:t>
      </w:r>
    </w:p>
    <w:p>
      <w:r>
        <w:rPr>
          <w:b/>
        </w:rPr>
        <w:t>Ce modèle est un outil d'aide à la rédaction. Il ne remplace pas les consignes spécifiques de votre établissement. Faites valider votre introduction par votre directeur de mémoire.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du modèle.</w:t>
      </w:r>
    </w:p>
    <w:p>
      <w:pPr>
        <w:pStyle w:val="ListNumber"/>
      </w:pPr>
      <w:r>
        <w:t>Lisez les instructions et les exemples fournis.</w:t>
      </w:r>
    </w:p>
    <w:p>
      <w:pPr>
        <w:pStyle w:val="ListNumber"/>
      </w:pPr>
      <w:r>
        <w:t>Remplacez les textes entre crochets par votre contenu.</w:t>
      </w:r>
    </w:p>
    <w:p>
      <w:pPr>
        <w:pStyle w:val="ListNumber"/>
      </w:pPr>
      <w:r>
        <w:t>Adaptez le style et la longueur selon les exigences de votre université.</w:t>
      </w:r>
    </w:p>
    <w:p>
      <w:pPr>
        <w:pStyle w:val="ListNumber"/>
      </w:pPr>
      <w:r>
        <w:t>Faites relire votre introduction par un pair ou votre directeur.</w:t>
      </w:r>
    </w:p>
    <w:p>
      <w:pPr>
        <w:pStyle w:val="Heading1"/>
      </w:pPr>
      <w:r>
        <w:t>Structure du modèle</w:t>
      </w:r>
    </w:p>
    <w:p>
      <w:r>
        <w:t>Le modèle comprend : 1) Contexte et intérêt du sujet, 2) Problématique et questions de recherche, 3) Objectifs et hypothèses, 4) Annonce du plan.</w:t>
      </w:r>
    </w:p>
    <w:p>
      <w:pPr>
        <w:pStyle w:val="Heading1"/>
      </w:pPr>
      <w:r>
        <w:t>Exemples de formulations</w:t>
      </w:r>
    </w:p>
    <w:p>
      <w:r>
        <w:t>Pour le contexte : « Dans un contexte de [évolution/transformation], le sujet de [votre sujet] revêt une importance particulière en raison de... » Pour la problématique : « Ce mémoire se propose d'explorer la question suivante : [question] ».</w:t>
      </w:r>
    </w:p>
    <w:p>
      <w:pPr>
        <w:pStyle w:val="Heading1"/>
      </w:pPr>
      <w:r>
        <w:t>Modèle prêt à adapter</w:t>
      </w:r>
    </w:p>
    <w:p>
      <w:r>
        <w:t>Téléchargez le modèle PDF complet : [Lien de téléchargement] --- **MODÈLE D'INTRODUCTION DE MÉMOIRE** **1. Contexte** [Présentez le contexte général de votre sujet, son actualité, son importance. Exemple : « Dans un contexte de [évolution économique, sociale, technologique], le sujet de [votre sujet] revêt une importance particulière en raison de [raisons]. »] **2. Problématique** [Formulez la question centrale de votre recherche. Exemple : « Ce mémoire se propose d'explorer la question suivante : [question de recherche]. »] **3. Objectifs** [Énoncez les objectifs de votre travail. Exemple : « L'objectif principal est de [objectif]. Pour y parvenir, nous nous attacherons à [objectifs secondaires]. »] **4. Annonce du plan** [Présentez brièvement la structure de votre mémoire. Exemple : « Dans un premier temps, nous aborderons [première partie]. Puis, nous analyserons [deuxième partie]. Enfin, nous discuterons [troisième partie]. »]</w:t>
      </w:r>
    </w:p>
    <w:p>
      <w:pPr>
        <w:pStyle w:val="Heading1"/>
      </w:pPr>
      <w:r>
        <w:t>Checklist</w:t>
      </w:r>
    </w:p>
    <w:p>
      <w:r>
        <w:t>☐ Le contexte est clair et justifie l'intérêt du sujet.</w:t>
      </w:r>
    </w:p>
    <w:p>
      <w:r>
        <w:t>☐ La problématique est précise et pertinente.</w:t>
      </w:r>
    </w:p>
    <w:p>
      <w:r>
        <w:t>☐ Les objectifs sont réalistes et cohérents avec la problématique.</w:t>
      </w:r>
    </w:p>
    <w:p>
      <w:r>
        <w:t>☐ L'annonce du plan reflète la structure réelle du mémoire.</w:t>
      </w:r>
    </w:p>
    <w:p>
      <w:r>
        <w:t>☐ Le style est académique et sans fautes.</w:t>
      </w:r>
    </w:p>
    <w:p>
      <w:r>
        <w:t>☐ La longueur respecte les consignes de l'université.</w:t>
      </w:r>
    </w:p>
    <w:p>
      <w:r>
        <w:t>☐ Les références éventuelles sont correctement citées.</w:t>
      </w:r>
    </w:p>
    <w:p>
      <w:r>
        <w:t>☐ L'introduction est relue et validée par un tiers.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tous types de mémoire ?</w:t>
      </w:r>
    </w:p>
    <w:p>
      <w:r>
        <w:t>Oui, le modèle est générique et adaptable à toutes les disciplines. Il suffit de personnaliser le contenu en fonction de votre sujet.</w:t>
      </w:r>
    </w:p>
    <w:p>
      <w:r>
        <w:rPr>
          <w:b/>
        </w:rPr>
        <w:t>Quelle doit être la longueur d'une introduction de mémoire ?</w:t>
      </w:r>
    </w:p>
    <w:p>
      <w:r>
        <w:t>En général, l'introduction représente 5 à 10 % du mémoire. Pour un mémoire de 50 pages, cela fait environ 3 à 5 pages. Adaptez selon les consignes de votre établissement.</w:t>
      </w:r>
    </w:p>
    <w:p>
      <w:r>
        <w:rPr>
          <w:b/>
        </w:rPr>
        <w:t>Le modèle est-il conforme aux normes académiques ?</w:t>
      </w:r>
    </w:p>
    <w:p>
      <w:r>
        <w:t>Le modèle suit les principes académiques standards, mais chaque université peut avoir des exigences spécifiques. Vérifiez toujours les consignes de votre département.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