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Facture VTC Téléchargeable</w:t>
      </w:r>
    </w:p>
    <w:p>
      <w:r>
        <w:t>Ce modèle de facture VTC prêt à l'emploi vous aide à créer des factures professionnelles et conformes. Téléchargez le PDF, personnalisez-le avec vos informations et celles de votre client, puis envoyez-le en toute simplicité.</w:t>
      </w:r>
    </w:p>
    <w:p>
      <w:r>
        <w:rPr>
          <w:b/>
        </w:rPr>
        <w:t>Ce modèle est fourni à titre indicatif. Vérifiez les obligations légales en vigueur et adaptez-le à votre situation. En cas de doute, consultez un expert-comptable.</w:t>
      </w:r>
    </w:p>
    <w:p>
      <w:pPr>
        <w:pStyle w:val="Heading1"/>
      </w:pPr>
      <w:r>
        <w:t>Mode d'emploi</w:t>
      </w:r>
    </w:p>
    <w:p>
      <w:pPr>
        <w:pStyle w:val="ListNumber"/>
      </w:pPr>
      <w:r>
        <w:t>Téléchargez le modèle PDF.</w:t>
      </w:r>
    </w:p>
    <w:p>
      <w:pPr>
        <w:pStyle w:val="ListNumber"/>
      </w:pPr>
      <w:r>
        <w:t>Ouvrez-le avec un logiciel de lecture PDF et remplissez les champs vides.</w:t>
      </w:r>
    </w:p>
    <w:p>
      <w:pPr>
        <w:pStyle w:val="ListNumber"/>
      </w:pPr>
      <w:r>
        <w:t>Ajoutez votre logo et vos coordonnées si nécessaire.</w:t>
      </w:r>
    </w:p>
    <w:p>
      <w:pPr>
        <w:pStyle w:val="ListNumber"/>
      </w:pPr>
      <w:r>
        <w:t>Enregistrez une copie pour vos archives et envoyez la facture à votre client.</w:t>
      </w:r>
    </w:p>
    <w:p>
      <w:pPr>
        <w:pStyle w:val="Heading1"/>
      </w:pPr>
      <w:r>
        <w:t>Mentions obligatoires</w:t>
      </w:r>
    </w:p>
    <w:p>
      <w:r>
        <w:t>La facture doit comporter vos informations (nom, adresse, SIRET, TVA si applicable), celles du client, la date d'émission, un numéro de facture unique, le détail des prestations (date, trajet, durée), le montant HT, le taux de TVA, le montant TTC et les conditions de règlement.</w:t>
      </w:r>
    </w:p>
    <w:p>
      <w:pPr>
        <w:pStyle w:val="Heading1"/>
      </w:pPr>
      <w:r>
        <w:t>Personnalisation</w:t>
      </w:r>
    </w:p>
    <w:p>
      <w:r>
        <w:t>Remplacez les textes entre crochets par vos données. Pour les courses exonérées de TVA (transport de personnes), indiquez la mention 'TVA non applicable, art. 293 B du CGI' si vous êtes en franchise en base.</w:t>
      </w:r>
    </w:p>
    <w:p>
      <w:pPr>
        <w:pStyle w:val="Heading1"/>
      </w:pPr>
      <w:r>
        <w:t>Modèle prêt à adapter</w:t>
      </w:r>
    </w:p>
    <w:p>
      <w:r>
        <w:t>[Votre Logo] [Votre Nom ou Raison Sociale] [Adresse] [Code Postal Ville] [SIRET] [Téléphone] [Email] FACTURE N° [Numéro] Date d'émission : [Date] Client : [Nom du Client] [Adresse du Client] Détail de la prestation : - Date de la course : [Date] - Trajet : [Départ] → [Arrivée] - Distance : [Distance] km - Durée : [Durée] Montant HT : [Montant HT] € TVA ([Taux]%) : [Montant TVA] € Montant TTC : [Montant TTC] € Conditions de règlement : [Délai, ex : à réception] Mode de règlement : [Espèces, CB, virement] Merci de votre confiance.</w:t>
      </w:r>
    </w:p>
    <w:p>
      <w:pPr>
        <w:pStyle w:val="Heading1"/>
      </w:pPr>
      <w:r>
        <w:t>Checklist</w:t>
      </w:r>
    </w:p>
    <w:p>
      <w:r>
        <w:t>☐ Numéro de facture unique et séquentiel</w:t>
      </w:r>
    </w:p>
    <w:p>
      <w:r>
        <w:t>☐ Date d'émission</w:t>
      </w:r>
    </w:p>
    <w:p>
      <w:r>
        <w:t>☐ Vos coordonnées complètes</w:t>
      </w:r>
    </w:p>
    <w:p>
      <w:r>
        <w:t>☐ Coordonnées du client</w:t>
      </w:r>
    </w:p>
    <w:p>
      <w:r>
        <w:t>☐ Description détaillée de la course</w:t>
      </w:r>
    </w:p>
    <w:p>
      <w:r>
        <w:t>☐ Montant HT, TVA, TTC</w:t>
      </w:r>
    </w:p>
    <w:p>
      <w:r>
        <w:t>☐ Mention de TVA non applicable si exonéré</w:t>
      </w:r>
    </w:p>
    <w:p>
      <w:r>
        <w:t>☐ Conditions de règlement</w:t>
      </w:r>
    </w:p>
    <w:p>
      <w:r>
        <w:t>☐ Moyen de paiement accepté</w:t>
      </w:r>
    </w:p>
    <w:p>
      <w:pPr>
        <w:pStyle w:val="Heading1"/>
      </w:pPr>
      <w:r>
        <w:t>Questions fréquentes</w:t>
      </w:r>
    </w:p>
    <w:p>
      <w:r>
        <w:rPr>
          <w:b/>
        </w:rPr>
        <w:t>Quelles sont les mentions obligatoires sur une facture VTC ?</w:t>
      </w:r>
    </w:p>
    <w:p>
      <w:r>
        <w:t>Les mentions obligatoires incluent vos coordonnées, celles du client, la date, un numéro de facture, la description de la prestation, le montant HT, le taux de TVA et le montant TTC. Si vous êtes exonéré de TVA, mentionnez-le.</w:t>
      </w:r>
    </w:p>
    <w:p>
      <w:r>
        <w:rPr>
          <w:b/>
        </w:rPr>
        <w:t>Dois-je facturer la TVA sur mes courses VTC ?</w:t>
      </w:r>
    </w:p>
    <w:p>
      <w:r>
        <w:t>En France, les transports de personnes sont généralement exonérés de TVA en franchise en base. Vous devez alors mentionner 'TVA non applicable, art. 293 B du CGI'. Vérifiez votre statut fiscal.</w:t>
      </w:r>
    </w:p>
    <w:p>
      <w:r>
        <w:rPr>
          <w:b/>
        </w:rPr>
        <w:t>Puis-je utiliser ce modèle pour une facture électronique ?</w:t>
      </w:r>
    </w:p>
    <w:p>
      <w:r>
        <w:t>Oui, vous pouvez remplir ce modèle et l'envoyer par email en PDF. Il respecte les informations essentielles pour une facture électronique, mais assurez-vous de conserver une copie pour la comptabilité.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