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Facture de Prestation de Service Word à Télécharger</w:t>
      </w:r>
    </w:p>
    <w:p>
      <w:r>
        <w:t>Téléchargez gratuitement un modèle de facture de prestation de service au format Word. Personnalisez-le facilement avec vos informations et celles de votre client. Idéal pour les indépendants, artisans et TPE.</w:t>
      </w:r>
    </w:p>
    <w:p>
      <w:r>
        <w:rPr>
          <w:b/>
        </w:rPr>
        <w:t>Ce modèle est fourni à titre indicatif. Vérifiez les mentions obligatoires selon votre activité et la législation en vigueur.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Word ci-dessous.</w:t>
      </w:r>
    </w:p>
    <w:p>
      <w:pPr>
        <w:pStyle w:val="ListNumber"/>
      </w:pPr>
      <w:r>
        <w:t>Ouvrez le fichier avec Microsoft Word ou un logiciel compatible.</w:t>
      </w:r>
    </w:p>
    <w:p>
      <w:pPr>
        <w:pStyle w:val="ListNumber"/>
      </w:pPr>
      <w:r>
        <w:t>Remplacez les textes entre crochets par vos informations (nom, adresse, etc.) et celles de votre client.</w:t>
      </w:r>
    </w:p>
    <w:p>
      <w:pPr>
        <w:pStyle w:val="ListNumber"/>
      </w:pPr>
      <w:r>
        <w:t>Décrivez précisément la prestation réalisée, les quantités et les tarifs.</w:t>
      </w:r>
    </w:p>
    <w:p>
      <w:pPr>
        <w:pStyle w:val="ListNumber"/>
      </w:pPr>
      <w:r>
        <w:t>Calculez le total HT, la TVA et le total TTC automatiquement ou manuellement.</w:t>
      </w:r>
    </w:p>
    <w:p>
      <w:pPr>
        <w:pStyle w:val="ListNumber"/>
      </w:pPr>
      <w:r>
        <w:t>Enregistrez le fichier et envoyez-le à votre client.</w:t>
      </w:r>
    </w:p>
    <w:p>
      <w:pPr>
        <w:pStyle w:val="Heading1"/>
      </w:pPr>
      <w:r>
        <w:t>Aperçu du modèle</w:t>
      </w:r>
    </w:p>
    <w:p>
      <w:r>
        <w:t>Le modèle comprend : en-tête avec vos coordonnées et logo, informations client, numéro de facture, date d'émission, tableau descriptif des prestations, total HT, TVA, total TTC, conditions de règlement et mentions légales.</w:t>
      </w:r>
    </w:p>
    <w:p>
      <w:pPr>
        <w:pStyle w:val="Heading1"/>
      </w:pPr>
      <w:r>
        <w:t>Instructions de personnalisation</w:t>
      </w:r>
    </w:p>
    <w:p>
      <w:r>
        <w:t>Remplacez tous les champs entre crochets : [Votre Nom], [Votre Adresse], [Votre Ville], [Votre Code Postal], [Votre Téléphone], [Votre Email], [Numéro SIRET], [Nom du Client], [Adresse du Client], [Numéro de Facture], [Date], [Description de la Prestation], [Quantité], [Prix Unitaire HT], [Taux de TVA]. Pour les calculs, utilisez les formules Excel intégrées ou calculez manuellement.</w:t>
      </w:r>
    </w:p>
    <w:p>
      <w:pPr>
        <w:pStyle w:val="Heading1"/>
      </w:pPr>
      <w:r>
        <w:t>Modèle prêt à adapter</w:t>
      </w:r>
    </w:p>
    <w:p>
      <w:r>
        <w:t>[Votre Logo] [Votre Nom] [Votre Adresse] [Votre Ville, Code Postal] [Votre Téléphone] | [Votre Email] SIRET : [Numéro SIRET] FACTURE N° [Numéro de Facture] Date : [Date] Client : [Nom du Client] [Adresse du Client] [Ville, Code Postal] Désignation | Quantité | Prix Unitaire HT | Montant HT [Description de la Prestation] | [Quantité] | [Prix Unitaire HT] | =[Quantité]*[Prix Unitaire HT] Total HT : [Somme des montants HT] TVA ([Taux de TVA]%) : =[Total HT]*[Taux de TVA] Total TTC : =[Total HT]+[TVA] Conditions de règlement : Paiement à réception de facture. Merci de votre confiance.</w:t>
      </w:r>
    </w:p>
    <w:p>
      <w:pPr>
        <w:pStyle w:val="Heading1"/>
      </w:pPr>
      <w:r>
        <w:t>Checklist</w:t>
      </w:r>
    </w:p>
    <w:p>
      <w:r>
        <w:t>☐ Vérifier que vos coordonnées sont complètes et à jour.</w:t>
      </w:r>
    </w:p>
    <w:p>
      <w:r>
        <w:t>☐ Vérifier les informations du client (nom, adresse).</w:t>
      </w:r>
    </w:p>
    <w:p>
      <w:r>
        <w:t>☐ Attribuer un numéro de facture unique et séquentiel.</w:t>
      </w:r>
    </w:p>
    <w:p>
      <w:r>
        <w:t>☐ Indiquer la date d'émission.</w:t>
      </w:r>
    </w:p>
    <w:p>
      <w:r>
        <w:t>☐ Décrire précisément chaque prestation avec quantité et prix unitaire.</w:t>
      </w:r>
    </w:p>
    <w:p>
      <w:r>
        <w:t>☐ Calculer correctement le total HT, la TVA et le total TTC.</w:t>
      </w:r>
    </w:p>
    <w:p>
      <w:r>
        <w:t>☐ Mentionner les conditions de règlement.</w:t>
      </w:r>
    </w:p>
    <w:p>
      <w:r>
        <w:t>☐ Conserver une copie pour votre comptabilité.</w:t>
      </w:r>
    </w:p>
    <w:p>
      <w:pPr>
        <w:pStyle w:val="Heading1"/>
      </w:pPr>
      <w:r>
        <w:t>Questions fréquentes</w:t>
      </w:r>
    </w:p>
    <w:p>
      <w:r>
        <w:rPr>
          <w:b/>
        </w:rPr>
        <w:t>Ce modèle est-il conforme à la législation française ?</w:t>
      </w:r>
    </w:p>
    <w:p>
      <w:r>
        <w:t>Ce modèle reprend les mentions obligatoires courantes, mais il est de votre responsabilité de vérifier les obligations spécifiques à votre activité (notamment les mentions légales obligatoires). En cas de doute, consultez un expert-comptable.</w:t>
      </w:r>
    </w:p>
    <w:p>
      <w:r>
        <w:rPr>
          <w:b/>
        </w:rPr>
        <w:t>Puis-je modifier le modèle ?</w:t>
      </w:r>
    </w:p>
    <w:p>
      <w:r>
        <w:t>Oui, le modèle est entièrement personnalisable. Vous pouvez changer les couleurs, ajouter votre logo, modifier les sections, etc.</w:t>
      </w:r>
    </w:p>
    <w:p>
      <w:r>
        <w:rPr>
          <w:b/>
        </w:rPr>
        <w:t>Comment calculer la TVA si je suis exonéré ?</w:t>
      </w:r>
    </w:p>
    <w:p>
      <w:r>
        <w:t>Si vous êtes exonéré de TVA, vous pouvez indiquer 'TVA non applicable, art. 293 B du CGI' et ne pas inclure la ligne TVA. Adaptez le modèle en conséquence.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