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facture peinture à télécharger gratuitement</w:t>
      </w:r>
    </w:p>
    <w:p>
      <w:r>
        <w:t>Ce modèle de facture peinture est prêt à l'emploi. Téléchargez-le, remplissez vos informations et celles de votre client, puis envoyez une facture professionnelle conforme.</w:t>
      </w:r>
    </w:p>
    <w:p>
      <w:r>
        <w:rPr>
          <w:b/>
        </w:rPr>
        <w:t>Ce modèle est fourni à titre d'exemple. Assurez-vous de respecter la législation en vigueur concernant les mentions obligatoires sur les factures. En cas de doute, consultez un expert-comptable.</w:t>
      </w:r>
    </w:p>
    <w:p>
      <w:pPr>
        <w:pStyle w:val="Heading1"/>
      </w:pPr>
      <w:r>
        <w:t>Mode d'emploi</w:t>
      </w:r>
    </w:p>
    <w:p>
      <w:pPr>
        <w:pStyle w:val="ListNumber"/>
      </w:pPr>
      <w:r>
        <w:t>Téléchargez le fichier Word ou PDF selon votre préférence.</w:t>
      </w:r>
    </w:p>
    <w:p>
      <w:pPr>
        <w:pStyle w:val="ListNumber"/>
      </w:pPr>
      <w:r>
        <w:t>Ouvrez le fichier avec un logiciel de traitement de texte ou un lecteur PDF.</w:t>
      </w:r>
    </w:p>
    <w:p>
      <w:pPr>
        <w:pStyle w:val="ListNumber"/>
      </w:pPr>
      <w:r>
        <w:t>Remplacez les champs entre crochets par vos informations et celles de votre client.</w:t>
      </w:r>
    </w:p>
    <w:p>
      <w:pPr>
        <w:pStyle w:val="ListNumber"/>
      </w:pPr>
      <w:r>
        <w:t>Ajustez les quantités, prix et taux de TVA selon vos travaux.</w:t>
      </w:r>
    </w:p>
    <w:p>
      <w:pPr>
        <w:pStyle w:val="ListNumber"/>
      </w:pPr>
      <w:r>
        <w:t>Vérifiez les calculs automatiques si vous utilisez la version Excel.</w:t>
      </w:r>
    </w:p>
    <w:p>
      <w:pPr>
        <w:pStyle w:val="ListNumber"/>
      </w:pPr>
      <w:r>
        <w:t>Enregistrez et envoyez la facture à votre client.</w:t>
      </w:r>
    </w:p>
    <w:p>
      <w:pPr>
        <w:pStyle w:val="Heading1"/>
      </w:pPr>
      <w:r>
        <w:t>Mentions obligatoires</w:t>
      </w:r>
    </w:p>
    <w:p>
      <w:r>
        <w:t>Une facture doit comporter : le numéro de facture, la date d'émission, vos coordonnées complètes (nom, adresse, SIRET), celles du client, la description des travaux, le détail des prestations, le taux de TVA appliqué, le montant total HT et TTC, et la date de règlement. Si vous êtes assujetti à la TVA, mentionnez votre numéro de TVA intracommunautaire.</w:t>
      </w:r>
    </w:p>
    <w:p>
      <w:pPr>
        <w:pStyle w:val="Heading1"/>
      </w:pPr>
      <w:r>
        <w:t>Exemple de calcul</w:t>
      </w:r>
    </w:p>
    <w:p>
      <w:r>
        <w:t>Pour des travaux de peinture d'un montant HT de 500 € avec une TVA à 20%, le montant TTC sera de 600 €. Si vous accordez une remise de 5%, calculez d'abord le montant remisé, puis appliquez la TVA.</w:t>
      </w:r>
    </w:p>
    <w:p>
      <w:pPr>
        <w:pStyle w:val="Heading1"/>
      </w:pPr>
      <w:r>
        <w:t>Conseils de facturation</w:t>
      </w:r>
    </w:p>
    <w:p>
      <w:r>
        <w:t>Numérotez vos factures de manière séquentielle. Indiquez clairement les conditions de paiement (délai, pénalités). Conservez une copie pour votre comptabilité. Envoyez la facture dès la fin des travaux pour un paiement rapide.</w:t>
      </w:r>
    </w:p>
    <w:p>
      <w:pPr>
        <w:pStyle w:val="Heading1"/>
      </w:pPr>
      <w:r>
        <w:t>Modèle prêt à adapter</w:t>
      </w:r>
    </w:p>
    <w:p>
      <w:r>
        <w:t>[Votre Entreprise] [Adresse] [Téléphone] [Email] [SIRET] FACTURE N° [Numéro] Date : [Date] Client : [Nom du client] [Adresse] Désignation des travaux : - [Description des travaux] : [Quantité] x [Prix unitaire HT] = [Montant HT] - [Description supplémentaire] : [Quantité] x [Prix unitaire HT] = [Montant HT] Sous-total HT : [Montant] Remise : [Montant ou %] Total HT : [Montant] TVA (20%) : [Montant] Total TTC : [Montant] Conditions de règlement : [Délai, ex. 30 jours] Pénalités de retard : [Taux] Merci de votre confiance.</w:t>
      </w:r>
    </w:p>
    <w:p>
      <w:pPr>
        <w:pStyle w:val="Heading1"/>
      </w:pPr>
      <w:r>
        <w:t>Checklist</w:t>
      </w:r>
    </w:p>
    <w:p>
      <w:r>
        <w:t>☐ Numéro de facture unique</w:t>
      </w:r>
    </w:p>
    <w:p>
      <w:r>
        <w:t>☐ Date d'émission</w:t>
      </w:r>
    </w:p>
    <w:p>
      <w:r>
        <w:t>☐ Coordonnées complètes de l'entreprise</w:t>
      </w:r>
    </w:p>
    <w:p>
      <w:r>
        <w:t>☐ Coordonnées du client</w:t>
      </w:r>
    </w:p>
    <w:p>
      <w:r>
        <w:t>☐ Description détaillée des travaux</w:t>
      </w:r>
    </w:p>
    <w:p>
      <w:r>
        <w:t>☐ Montant HT, taux de TVA, montant TTC</w:t>
      </w:r>
    </w:p>
    <w:p>
      <w:r>
        <w:t>☐ Conditions de paiement</w:t>
      </w:r>
    </w:p>
    <w:p>
      <w:r>
        <w:t>☐ Mention des pénalités de retard</w:t>
      </w:r>
    </w:p>
    <w:p>
      <w:r>
        <w:t>☐ Numéro de TVA intracommunautaire si applicable</w:t>
      </w:r>
    </w:p>
    <w:p>
      <w:r>
        <w:t>☐ Conserver une copie</w:t>
      </w:r>
    </w:p>
    <w:p>
      <w:pPr>
        <w:pStyle w:val="Heading1"/>
      </w:pPr>
      <w:r>
        <w:t>Questions fréquentes</w:t>
      </w:r>
    </w:p>
    <w:p>
      <w:r>
        <w:rPr>
          <w:b/>
        </w:rPr>
        <w:t>Quelles sont les mentions obligatoires sur une facture de peinture ?</w:t>
      </w:r>
    </w:p>
    <w:p>
      <w:r>
        <w:t>Les mentions obligatoires incluent : l'identité complète du vendeur et du client, la date de la facture, un numéro de facture, la désignation des travaux, le prix unitaire et total, le taux de TVA, et les conditions de règlement. Pour les professionnels, le SIRET est également requis.</w:t>
      </w:r>
    </w:p>
    <w:p>
      <w:r>
        <w:rPr>
          <w:b/>
        </w:rPr>
        <w:t>Comment calculer la TVA sur une facture de peinture ?</w:t>
      </w:r>
    </w:p>
    <w:p>
      <w:r>
        <w:t>En France, le taux de TVA standard est de 20% pour les travaux de peinture. Pour obtenir le montant TTC, multipliez le montant HT par 1,20. Par exemple, 500 € HT + 20% = 600 € TTC.</w:t>
      </w:r>
    </w:p>
    <w:p>
      <w:r>
        <w:rPr>
          <w:b/>
        </w:rPr>
        <w:t>Puis-je utiliser ce modèle pour d'autres types de travaux ?</w:t>
      </w:r>
    </w:p>
    <w:p>
      <w:r>
        <w:t>Oui, vous pouvez adapter le modèle en modifiant la description des travaux et éventuellement le taux de TVA si un taux réduit s'applique. Cependant, vérifiez les règles spécifiques à votre activité.</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