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facture garage automobile (Word)</w:t>
      </w:r>
    </w:p>
    <w:p>
      <w:r>
        <w:t>Ce modèle de facture pour garage automobile vous permet de créer rapidement des factures professionnelles pour vos clients. Téléchargez le fichier Word, personnalisez-le avec vos coordonnées et utilisez-le pour vos prestations de réparation et d'entretien.</w:t>
      </w:r>
    </w:p>
    <w:p>
      <w:r>
        <w:rPr>
          <w:b/>
        </w:rPr>
        <w:t>Ce modèle est un exemple à titre indicatif. Assurez-vous de respecter la législation en vigueur concernant les mentions obligatoires sur les factures. En cas de doute, consultez un expert-comptable.</w:t>
      </w:r>
    </w:p>
    <w:p>
      <w:pPr>
        <w:pStyle w:val="Heading1"/>
      </w:pPr>
      <w:r>
        <w:t>Mode d'emploi</w:t>
      </w:r>
    </w:p>
    <w:p>
      <w:pPr>
        <w:pStyle w:val="ListNumber"/>
      </w:pPr>
      <w:r>
        <w:t>Téléchargez le fichier Word du modèle.</w:t>
      </w:r>
    </w:p>
    <w:p>
      <w:pPr>
        <w:pStyle w:val="ListNumber"/>
      </w:pPr>
      <w:r>
        <w:t>Remplacez les informations de l'en-tête par les vôtres (nom, adresse, SIRET, etc.).</w:t>
      </w:r>
    </w:p>
    <w:p>
      <w:pPr>
        <w:pStyle w:val="ListNumber"/>
      </w:pPr>
      <w:r>
        <w:t>Ajoutez les informations du client (nom, adresse, etc.).</w:t>
      </w:r>
    </w:p>
    <w:p>
      <w:pPr>
        <w:pStyle w:val="ListNumber"/>
      </w:pPr>
      <w:r>
        <w:t>Listez les prestations réalisées avec leurs quantités et prix unitaires.</w:t>
      </w:r>
    </w:p>
    <w:p>
      <w:pPr>
        <w:pStyle w:val="ListNumber"/>
      </w:pPr>
      <w:r>
        <w:t>Vérifiez le calcul de la TVA et le total.</w:t>
      </w:r>
    </w:p>
    <w:p>
      <w:pPr>
        <w:pStyle w:val="ListNumber"/>
      </w:pPr>
      <w:r>
        <w:t>Enregistrez et imprimez ou envoyez la facture au client.</w:t>
      </w:r>
    </w:p>
    <w:p>
      <w:pPr>
        <w:pStyle w:val="Heading1"/>
      </w:pPr>
      <w:r>
        <w:t>Contenu du modèle</w:t>
      </w:r>
    </w:p>
    <w:p>
      <w:r>
        <w:t>Le modèle comprend un en-tête avec les coordonnées de l'entreprise et du client, un tableau des prestations avec colonnes pour la désignation, la quantité, le prix unitaire et le montant HT, puis le calcul de la TVA (taux standard ou réduit) et le total TTC. Il inclut également les mentions légales obligatoires.</w:t>
      </w:r>
    </w:p>
    <w:p>
      <w:pPr>
        <w:pStyle w:val="Heading1"/>
      </w:pPr>
      <w:r>
        <w:t>Personnalisation</w:t>
      </w:r>
    </w:p>
    <w:p>
      <w:r>
        <w:t>Vous pouvez modifier le logo, les couleurs, et ajouter des informations spécifiques comme le numéro de devis ou les conditions de règlement. Le fichier Word est entièrement éditable.</w:t>
      </w:r>
    </w:p>
    <w:p>
      <w:pPr>
        <w:pStyle w:val="Heading1"/>
      </w:pPr>
      <w:r>
        <w:t>Modèle prêt à adapter</w:t>
      </w:r>
    </w:p>
    <w:p>
      <w:r>
        <w:t>[Votre Logo] [Votre Garage] [Adresse] [Code postal] [Ville] Tél : [Téléphone] - Email : [Email] SIRET : [Numéro SIRET] FACTURE N° [Numéro] Date : [Date] Client : [Nom du client] [Adresse du client] [Code postal] [Ville] Désignation | Quantité | Prix unitaire HT | Montant HT [Prestation 1] | [Qté] | [Prix] | [Montant] [Prestation 2] | [Qté] | [Prix] | [Montant] [Prestation 3] | [Qté] | [Prix] | [Montant] Total HT : [Total HT] TVA (20%) : [Montant TVA] Total TTC : [Total TTC] Conditions de règlement : [Ex : à réception] Pénalités de retard : [Ex : 3 fois le taux d'intérêt légal] Merci de votre confiance.</w:t>
      </w:r>
    </w:p>
    <w:p>
      <w:pPr>
        <w:pStyle w:val="Heading1"/>
      </w:pPr>
      <w:r>
        <w:t>Checklist</w:t>
      </w:r>
    </w:p>
    <w:p>
      <w:r>
        <w:t>☐ Télécharger le modèle Word</w:t>
      </w:r>
    </w:p>
    <w:p>
      <w:r>
        <w:t>☐ Remplacer les coordonnées du garage</w:t>
      </w:r>
    </w:p>
    <w:p>
      <w:r>
        <w:t>☐ Ajouter les informations du client</w:t>
      </w:r>
    </w:p>
    <w:p>
      <w:r>
        <w:t>☐ Lister les prestations avec les quantités</w:t>
      </w:r>
    </w:p>
    <w:p>
      <w:r>
        <w:t>☐ Vérifier les calculs de TVA</w:t>
      </w:r>
    </w:p>
    <w:p>
      <w:r>
        <w:t>☐ Inclure les mentions légales</w:t>
      </w:r>
    </w:p>
    <w:p>
      <w:r>
        <w:t>☐ Enregistrer et envoyer la facture</w:t>
      </w:r>
    </w:p>
    <w:p>
      <w:pPr>
        <w:pStyle w:val="Heading1"/>
      </w:pPr>
      <w:r>
        <w:t>Questions fréquentes</w:t>
      </w:r>
    </w:p>
    <w:p>
      <w:r>
        <w:rPr>
          <w:b/>
        </w:rPr>
        <w:t>Quelles sont les mentions obligatoires sur une facture ?</w:t>
      </w:r>
    </w:p>
    <w:p>
      <w:r>
        <w:t>Les mentions obligatoires incluent : identité complète du vendeur et du client, date de la facture, numéro de facture, désignation des produits ou services, prix unitaire HT, taux de TVA, montant total TTC, et conditions de règlement. Consultez les autorités compétentes pour plus de détails.</w:t>
      </w:r>
    </w:p>
    <w:p>
      <w:r>
        <w:rPr>
          <w:b/>
        </w:rPr>
        <w:t>Puis-je utiliser ce modèle pour d'autres types de prestations ?</w:t>
      </w:r>
    </w:p>
    <w:p>
      <w:r>
        <w:t>Oui, ce modèle convient à tout type de prestation de services ou vente de pièces. Adaptez la désignation et les taux de TVA si nécessaire.</w:t>
      </w:r>
    </w:p>
    <w:p>
      <w:r>
        <w:rPr>
          <w:b/>
        </w:rPr>
        <w:t>Comment calculer la TVA ?</w:t>
      </w:r>
    </w:p>
    <w:p>
      <w:r>
        <w:t>La TVA se calcule en multipliant le montant HT par le taux applicable (ex : 20% en France). Le total TTC est la somme du HT et de la TVA.</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