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d'Estimation Immobilière (PDF) à Télécharger</w:t>
      </w:r>
    </w:p>
    <w:p>
      <w:r>
        <w:t>Ce modèle d'estimation immobilière vous permet de structurer vos évaluations de biens de manière claire et professionnelle. Téléchargez-le au format PDF, imprimez-le ou remplissez-le numériquement. Il convient aux particuliers comme aux professionnels pour préparer une estimation préalable, avant l'intervention d'un expert.</w:t>
      </w:r>
    </w:p>
    <w:p>
      <w:r>
        <w:rPr>
          <w:b/>
        </w:rPr>
        <w:t>Cet outil est un support d'aide à la décision. Il ne remplace pas une estimation professionnelle réalisée par un agent immobilier ou un expert immobilier certifié. Les valeurs indiquées sont indicatives et doivent être ajustées selon le marché local et les caractéristiques du bien.</w:t>
      </w:r>
    </w:p>
    <w:p>
      <w:pPr>
        <w:pStyle w:val="Heading1"/>
      </w:pPr>
      <w:r>
        <w:t>Mode d'emploi</w:t>
      </w:r>
    </w:p>
    <w:p>
      <w:pPr>
        <w:pStyle w:val="ListNumber"/>
      </w:pPr>
      <w:r>
        <w:t>Téléchargez le fichier PDF du modèle.</w:t>
      </w:r>
    </w:p>
    <w:p>
      <w:pPr>
        <w:pStyle w:val="ListNumber"/>
      </w:pPr>
      <w:r>
        <w:t>Ouvrez-le avec un lecteur PDF (Adobe Acrobat, Foxit, etc.) ou imprimez-le.</w:t>
      </w:r>
    </w:p>
    <w:p>
      <w:pPr>
        <w:pStyle w:val="ListNumber"/>
      </w:pPr>
      <w:r>
        <w:t>Renseignez chaque champ avec les informations exactes du bien à estimer.</w:t>
      </w:r>
    </w:p>
    <w:p>
      <w:pPr>
        <w:pStyle w:val="ListNumber"/>
      </w:pPr>
      <w:r>
        <w:t>Pour le prix, utilisez la fourchette basse et haute en vous basant sur des comparaisons récentes dans le secteur.</w:t>
      </w:r>
    </w:p>
    <w:p>
      <w:pPr>
        <w:pStyle w:val="ListNumber"/>
      </w:pPr>
      <w:r>
        <w:t>Conservez une copie pour vos dossiers ou partagez-la avec un professionnel pour avis.</w:t>
      </w:r>
    </w:p>
    <w:p>
      <w:pPr>
        <w:pStyle w:val="Heading1"/>
      </w:pPr>
      <w:r>
        <w:t>Contenu du modèle</w:t>
      </w:r>
    </w:p>
    <w:p>
      <w:r>
        <w:t>Le modèle comprend : les informations générales (adresse, type de bien, surface, nombre de pièces), l'état général (neuf, bon, à rénover), les caractéristiques spécifiques (balcon, garage, jardin, etc.), la date de l'estimation, et une section pour le prix estimé avec fourchette basse et haute. Des notes permettent d'ajouter des observations.</w:t>
      </w:r>
    </w:p>
    <w:p>
      <w:pPr>
        <w:pStyle w:val="Heading1"/>
      </w:pPr>
      <w:r>
        <w:t>Conseils d'utilisation</w:t>
      </w:r>
    </w:p>
    <w:p>
      <w:r>
        <w:t>Pour une estimation plus fiable, comparez avec des biens similaires vendus récemment dans votre zone. Prenez en compte les tendances du marché et les particularités du bien. Si vous vendez, cette estimation vous aide à fixer un prix de vente réaliste. Si vous achetez, elle vous aide à évaluer une offre.</w:t>
      </w:r>
    </w:p>
    <w:p>
      <w:pPr>
        <w:pStyle w:val="Heading1"/>
      </w:pPr>
      <w:r>
        <w:t>Modèle prêt à adapter</w:t>
      </w:r>
    </w:p>
    <w:p>
      <w:r>
        <w:t>MODÈLE D'ESTIMATION IMMOBILIÈRE Date de l'estimation : [Date] 1. Informations générales Adresse : [Adresse complète] Type de bien : [Appartement / Maison / Terrain / Autre] Surface habitable : [Surface en m²] Surface du terrain : [Surface en m²] Nombre de pièces : [Nombre] Nombre de chambres : [Nombre] Nombre de salles de bain : [Nombre] 2. État général État : [Neuf / Très bon / Bon / À rénover] Année de construction : [Année] Travaux à prévoir : [Oui / Non] - Détails : [Précisez] 3. Caractéristiques spécifiques Cochez les équipements présents : [ ] Balcon / Terrasse [ ] Garage / Parking [ ] Jardin [ ] Cave [ ] Ascenseur [ ] Piscine [ ] Autre : [Précisez] 4. Estimation du prix Prix estimé bas : [Montant en €] Prix estimé haut : [Montant en €] Prix conseillé (médian) : [Montant en €] 5. Observations [Notes complémentaires : état de la toiture, isolation, environnement, etc.] Signature de l'estimateur : [Nom et prénom] Fonction : [Propriétaire / Agent immobilier / Autre]</w:t>
      </w:r>
    </w:p>
    <w:p>
      <w:pPr>
        <w:pStyle w:val="Heading1"/>
      </w:pPr>
      <w:r>
        <w:t>Checklist</w:t>
      </w:r>
    </w:p>
    <w:p>
      <w:r>
        <w:t>☐ Adresse complète et type de bien</w:t>
      </w:r>
    </w:p>
    <w:p>
      <w:r>
        <w:t>☐ Surface habitable et terrain (si applicable)</w:t>
      </w:r>
    </w:p>
    <w:p>
      <w:r>
        <w:t>☐ Nombre de pièces, chambres, salles de bain</w:t>
      </w:r>
    </w:p>
    <w:p>
      <w:r>
        <w:t>☐ État général et année de construction</w:t>
      </w:r>
    </w:p>
    <w:p>
      <w:r>
        <w:t>☐ Travaux éventuels à prévoir</w:t>
      </w:r>
    </w:p>
    <w:p>
      <w:r>
        <w:t>☐ Caractéristiques spécifiques (balcon, garage, etc.)</w:t>
      </w:r>
    </w:p>
    <w:p>
      <w:r>
        <w:t>☐ Date de l'estimation</w:t>
      </w:r>
    </w:p>
    <w:p>
      <w:r>
        <w:t>☐ Fourchette de prix basse et haute</w:t>
      </w:r>
    </w:p>
    <w:p>
      <w:r>
        <w:t>☐ Observations et notes</w:t>
      </w:r>
    </w:p>
    <w:p>
      <w:r>
        <w:t>☐ Signature et fonction de l'estimateur</w:t>
      </w:r>
    </w:p>
    <w:p>
      <w:pPr>
        <w:pStyle w:val="Heading1"/>
      </w:pPr>
      <w:r>
        <w:t>Questions fréquentes</w:t>
      </w:r>
    </w:p>
    <w:p>
      <w:r>
        <w:rPr>
          <w:b/>
        </w:rPr>
        <w:t>Ce modèle est-il officiel ?</w:t>
      </w:r>
    </w:p>
    <w:p>
      <w:r>
        <w:t>Non, ce modèle est un outil pratique pour structurer vos informations. Il n'a aucune valeur légale. Pour une estimation officielle, faites appel à un professionnel certifié.</w:t>
      </w:r>
    </w:p>
    <w:p>
      <w:r>
        <w:rPr>
          <w:b/>
        </w:rPr>
        <w:t>Puis-je l'utiliser pour une vente ?</w:t>
      </w:r>
    </w:p>
    <w:p>
      <w:r>
        <w:t>Oui, il vous aide à fixer un prix de vente indicatif. Cependant, le prix final dépendra du marché et de la négociation. Un agent immobilier pourra affiner l'estimation.</w:t>
      </w:r>
    </w:p>
    <w:p>
      <w:r>
        <w:rPr>
          <w:b/>
        </w:rPr>
        <w:t>Comment remplir la fourchette de prix ?</w:t>
      </w:r>
    </w:p>
    <w:p>
      <w:r>
        <w:t>Basez-vous sur des ventes récentes de biens similaires dans votre secteur. La fourchette basse correspond au minimum acceptable, la haute au maximum espéré. Le prix conseillé est souvent la médiane.</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