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d'email pour exprimer son intérêt pour un poste</w:t>
      </w:r>
    </w:p>
    <w:p>
      <w:r>
        <w:t>Découvrez des modèles d'emails prêts à l'emploi pour exprimer votre intérêt pour un poste, que ce soit une candidature spontanée, une réponse à une offre ou une relance. Personnalisez-les avec vos informations et adaptez-les à votre situation.</w:t>
      </w:r>
    </w:p>
    <w:p>
      <w:r>
        <w:rPr>
          <w:b/>
        </w:rPr>
        <w:t>Ces modèles sont fournis à titre d'exemple. Adaptez-les à votre profil et à l'entreprise visée. Vérifiez l'orthographe et la grammaire avant l'envoi.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Choisissez le modèle adapté à votre situation (candidature spontanée, réponse à une offre, relance).</w:t>
      </w:r>
    </w:p>
    <w:p>
      <w:pPr>
        <w:pStyle w:val="ListNumber"/>
      </w:pPr>
      <w:r>
        <w:t>Personnalisez les champs entre crochets : nom, poste, entreprise, etc.</w:t>
      </w:r>
    </w:p>
    <w:p>
      <w:pPr>
        <w:pStyle w:val="ListNumber"/>
      </w:pPr>
      <w:r>
        <w:t>Relisez attentivement votre email et vérifiez les coordonnées du destinataire.</w:t>
      </w:r>
    </w:p>
    <w:p>
      <w:pPr>
        <w:pStyle w:val="ListNumber"/>
      </w:pPr>
      <w:r>
        <w:t>Envoyez votre email à la bonne personne (service RH, responsable du poste, etc.).</w:t>
      </w:r>
    </w:p>
    <w:p>
      <w:pPr>
        <w:pStyle w:val="Heading1"/>
      </w:pPr>
      <w:r>
        <w:t>Candidature spontanée</w:t>
      </w:r>
    </w:p>
    <w:p>
      <w:r>
        <w:t>Ce modèle est idéal pour postuler dans une entreprise qui ne publie pas d'offre. Il montre votre motivation et votre proactivité. Personnalisez-le en mentionnant des informations spécifiques sur l'entreprise.</w:t>
      </w:r>
    </w:p>
    <w:p>
      <w:pPr>
        <w:pStyle w:val="Heading1"/>
      </w:pPr>
      <w:r>
        <w:t>Réponse à une offre</w:t>
      </w:r>
    </w:p>
    <w:p>
      <w:r>
        <w:t>Utilisez ce modèle pour répondre à une annonce précise. Mentionnez le titre du poste et la référence de l'offre si elle existe. Mettez en avant vos compétences en lien avec les exigences.</w:t>
      </w:r>
    </w:p>
    <w:p>
      <w:pPr>
        <w:pStyle w:val="Heading1"/>
      </w:pPr>
      <w:r>
        <w:t>Relance</w:t>
      </w:r>
    </w:p>
    <w:p>
      <w:r>
        <w:t>Ce modèle sert à relancer un recruteur après un premier contact ou une candidature. Il est poli et montre votre intérêt. Attendez quelques jours après l'envoi initial avant de relancer.</w:t>
      </w:r>
    </w:p>
    <w:p>
      <w:pPr>
        <w:pStyle w:val="Heading1"/>
      </w:pPr>
      <w:r>
        <w:t>Modèle prêt à adapter</w:t>
      </w:r>
    </w:p>
    <w:p>
      <w:r>
        <w:t>Modèle d'email pour exprimer son intérêt pour un poste 1. Candidature spontanée Objet : Candidature spontanée pour un poste de [Intitulé du poste] Bonjour [Nom du destinataire], Je me permets de vous adresser ma candidature pour un poste de [Intitulé du poste] au sein de [Nom de l'entreprise]. Passionné(e) par [domaine d'activité], je suis convaincu(e) que mon expérience et mes compétences pourraient contribuer au développement de votre équipe. Titulaire d'un [diplôme] et fort(e) de [nombre] années d'expérience en [domaine], j'ai développé des compétences en [compétence 1], [compétence 2] et [compétence 3]. Je suis particulièrement attiré(e) par les projets innovants de votre entreprise, notamment [mentionnez un projet ou une valeur]. Je serais ravi(e) de vous rencontrer pour discuter de ma candidature et de ma motivation. Vous trouverez ci-joint mon CV et ma lettre de motivation. Je vous remercie par avance pour votre attention et je me tiens à votre disposition pour tout entretien. Cordialement, [Votre Nom] [Votre Numéro de téléphone] [Votre Adresse email] 2. Réponse à une offre Objet : Candidature au poste de [Intitulé du poste] - Réf. [Référence] Bonjour [Nom du destinataire], Votre offre pour le poste de [Intitulé du poste] publiée sur [Site ou plateforme] a retenu toute mon attention. Je vous adresse ma candidature, convaincu(e) que mon profil correspond à vos attentes. Fort(e) de [nombre] années d'expérience en [domaine], j'ai eu l'occasion de développer des compétences solides en [compétence 1], [compétence 2] et [compétence 3]. Dans mon poste actuel chez [Entreprise actuelle], j'ai notamment [réalisation pertinente]. Je suis particulièrement motivé(e) par les missions proposées, notamment [mentionnez un aspect de l'offre]. Je serais ravi(e) de vous exposer plus en détail ma motivation et mon parcours lors d'un entretien. Vous trouverez ci-joint mon CV et ma lettre de motivation. Je reste à votre disposition pour toute information complémentaire. Je vous remercie de l'attention portée à ma candidature et vous prie d'agréer, [Madame/Monsieur], mes salutations distinguées. [Votre Nom] [Votre Numéro de téléphone] [Votre Adresse email] 3. Relance Objet : Relance - Candidature au poste de [Intitulé du poste] Bonjour [Nom du destinataire], Je me permets de revenir vers vous suite à ma candidature envoyée le [Date] pour le poste de [Intitulé du poste]. Je souhaitais m'assurer que vous avez bien reçu mon dossier et vous réitérer mon vif intérêt pour ce poste. Je reste convaincu(e) que mon profil et mon expérience en [domaine] pourraient être un atout pour votre équipe. Je serais ravi(e) de vous rencontrer pour échanger sur ma candidature. Je vous remercie pour votre temps et je reste à votre disposition pour toute information complémentaire. Cordialement, [Votre Nom] [Votre Numéro de téléphone] [Votre Adresse email]</w:t>
      </w:r>
    </w:p>
    <w:p>
      <w:pPr>
        <w:pStyle w:val="Heading1"/>
      </w:pPr>
      <w:r>
        <w:t>Checklist</w:t>
      </w:r>
    </w:p>
    <w:p>
      <w:r>
        <w:t>☐ L'objet de l'email est clair et précis.</w:t>
      </w:r>
    </w:p>
    <w:p>
      <w:r>
        <w:t>☐ Le nom du destinataire est correctement orthographié.</w:t>
      </w:r>
    </w:p>
    <w:p>
      <w:r>
        <w:t>☐ Le poste visé est mentionné.</w:t>
      </w:r>
    </w:p>
    <w:p>
      <w:r>
        <w:t>☐ Les compétences sont mises en avant.</w:t>
      </w:r>
    </w:p>
    <w:p>
      <w:r>
        <w:t>☐ Le ton est professionnel et enthousiaste.</w:t>
      </w:r>
    </w:p>
    <w:p>
      <w:r>
        <w:t>☐ Les pièces jointes (CV, lettre) sont mentionnées.</w:t>
      </w:r>
    </w:p>
    <w:p>
      <w:r>
        <w:t>☐ Les coordonnées sont complètes.</w:t>
      </w:r>
    </w:p>
    <w:p>
      <w:r>
        <w:t>☐ L'email est relu et sans fautes.</w:t>
      </w:r>
    </w:p>
    <w:p>
      <w:pPr>
        <w:pStyle w:val="Heading1"/>
      </w:pPr>
      <w:r>
        <w:t>Questions fréquentes</w:t>
      </w:r>
    </w:p>
    <w:p>
      <w:r>
        <w:rPr>
          <w:b/>
        </w:rPr>
        <w:t>Quelle est la longueur idéale d'un email de candidature ?</w:t>
      </w:r>
    </w:p>
    <w:p>
      <w:r>
        <w:t>Un email de candidature doit être concis : environ 150 à 200 mots. Il doit capter l'attention du recruteur en quelques secondes. Allez à l'essentiel et renvoyez vers votre CV pour les détails.</w:t>
      </w:r>
    </w:p>
    <w:p>
      <w:r>
        <w:rPr>
          <w:b/>
        </w:rPr>
        <w:t>Dois-je joindre ma lettre de motivation dans l'email ?</w:t>
      </w:r>
    </w:p>
    <w:p>
      <w:r>
        <w:t>Oui, il est recommandé de joindre votre CV et votre lettre de motivation en PDF. Dans l'email, résumez brièvement votre intérêt et renvoyez aux pièces jointes pour plus de détails.</w:t>
      </w:r>
    </w:p>
    <w:p>
      <w:r>
        <w:rPr>
          <w:b/>
        </w:rPr>
        <w:t>Comment relancer sans être insistant ?</w:t>
      </w:r>
    </w:p>
    <w:p>
      <w:r>
        <w:t>Attendez environ 7 à 10 jours après l'envoi de votre candidature avant de relancer. Envoyez un email poli et bref, en rappelant votre intérêt et en demandant si votre dossier a été pris en compte. Ne relancez pas plus d'une fois.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