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Dossier Sponsoring Sportif à Télécharger</w:t>
      </w:r>
    </w:p>
    <w:p>
      <w:r>
        <w:t>Ce modèle de dossier de sponsoring sportif vous aide à structurer votre proposition pour convaincre des sponsors potentiels. Il est conçu pour être personnalisable et mettre en avant votre projet, votre public et les retombées pour le sponsor.</w:t>
      </w:r>
    </w:p>
    <w:p>
      <w:r>
        <w:rPr>
          <w:b/>
        </w:rPr>
        <w:t>Ce modèle est un exemple générique. Adaptez-le à votre discipline sportive, votre niveau et vos objectifs. Les chiffres et statistiques doivent être réels et vérifiables.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modèle de dossier.</w:t>
      </w:r>
    </w:p>
    <w:p>
      <w:pPr>
        <w:pStyle w:val="ListNumber"/>
      </w:pPr>
      <w:r>
        <w:t>Personnalisez chaque section avec vos informations (nom, projet, public, etc.).</w:t>
      </w:r>
    </w:p>
    <w:p>
      <w:pPr>
        <w:pStyle w:val="ListNumber"/>
      </w:pPr>
      <w:r>
        <w:t>Ajoutez des visuels de votre sport, de vos événements passés, etc.</w:t>
      </w:r>
    </w:p>
    <w:p>
      <w:pPr>
        <w:pStyle w:val="ListNumber"/>
      </w:pPr>
      <w:r>
        <w:t>Relisez et faites relire par un tiers pour éviter les erreurs.</w:t>
      </w:r>
    </w:p>
    <w:p>
      <w:pPr>
        <w:pStyle w:val="ListNumber"/>
      </w:pPr>
      <w:r>
        <w:t>Préparez une version PDF pour l'envoi aux sponsors.</w:t>
      </w:r>
    </w:p>
    <w:p>
      <w:pPr>
        <w:pStyle w:val="Heading1"/>
      </w:pPr>
      <w:r>
        <w:t>Contenu du modèle</w:t>
      </w:r>
    </w:p>
    <w:p>
      <w:r>
        <w:t>Le modèle comprend les sections suivantes : présentation du projet, public cible, retombées médias, offres de partenariat, contacts. Chaque section est décrite avec des exemples de contenu.</w:t>
      </w:r>
    </w:p>
    <w:p>
      <w:pPr>
        <w:pStyle w:val="Heading1"/>
      </w:pPr>
      <w:r>
        <w:t>Modèle prêt à adapter</w:t>
      </w:r>
    </w:p>
    <w:p>
      <w:r>
        <w:t>DOSSIER DE SPONSORING SPORTIF [Logo de votre structure] 1. Présentation du projet - Nom du projet : [Nom du projet] - Discipline sportive : [Discipline] - Description : [Description du projet, objectifs, dates, lieu] - Historique : [Résultats, participations, etc.] 2. Public cible - Tranche d'âge : [Ex : 18-35 ans] - Localisation : [Ville, région] - Nombre de spectateurs estimés : [Nombre] - Audience en ligne : [Nombre de followers, abonnés] 3. Retombées médias - Presse locale : [Ex : Ouest-France] - Réseaux sociaux : [Ex : 5000 followers] - Partenariats médias : [Ex : radio locale] 4. Offres de partenariat - Palier Bronze : [Montant] € - [Avantages] - Palier Argent : [Montant] € - [Avantages] - Palier Or : [Montant] € - [Avantages] - Personnalisation : [Possibilité de créer une offre sur mesure] 5. Contacts - Nom : [Nom] - Fonction : [Fonction] - Téléphone : [Téléphone] - Email : [Email] Merci de votre attention. Nous serions ravis de discuter d'un partenariat.</w:t>
      </w:r>
    </w:p>
    <w:p>
      <w:pPr>
        <w:pStyle w:val="Heading1"/>
      </w:pPr>
      <w:r>
        <w:t>Checklist</w:t>
      </w:r>
    </w:p>
    <w:p>
      <w:r>
        <w:t>☐ Inclure des photos ou vidéos de votre activité</w:t>
      </w:r>
    </w:p>
    <w:p>
      <w:r>
        <w:t>☐ Mettre en avant des chiffres clés (audience, résultats)</w:t>
      </w:r>
    </w:p>
    <w:p>
      <w:r>
        <w:t>☐ Proposer plusieurs paliers de sponsoring</w:t>
      </w:r>
    </w:p>
    <w:p>
      <w:r>
        <w:t>☐ Adapter le ton au sponsor visé</w:t>
      </w:r>
    </w:p>
    <w:p>
      <w:r>
        <w:t>☐ Relire le document pour éviter les fautes</w:t>
      </w:r>
    </w:p>
    <w:p>
      <w:r>
        <w:t>☐ Préparer une version PDF professionnelle</w:t>
      </w:r>
    </w:p>
    <w:p>
      <w:pPr>
        <w:pStyle w:val="Heading1"/>
      </w:pPr>
      <w:r>
        <w:t>Questions fréquentes</w:t>
      </w:r>
    </w:p>
    <w:p>
      <w:r>
        <w:rPr>
          <w:b/>
        </w:rPr>
        <w:t>Quelle longueur doit faire un dossier de sponsoring ?</w:t>
      </w:r>
    </w:p>
    <w:p>
      <w:r>
        <w:t>Idéalement 2 à 4 pages. Il doit être concis et percutant, avec des visuels pour capter l'attention.</w:t>
      </w:r>
    </w:p>
    <w:p>
      <w:r>
        <w:rPr>
          <w:b/>
        </w:rPr>
        <w:t>Comment choisir les sponsors à contacter ?</w:t>
      </w:r>
    </w:p>
    <w:p>
      <w:r>
        <w:t>Ciblez des entreprises dont l'activité est en lien avec votre sport ou votre public. Privilégiez les entreprises locales pour un premier contact.</w:t>
      </w:r>
    </w:p>
    <w:p>
      <w:r>
        <w:rPr>
          <w:b/>
        </w:rPr>
        <w:t>Quels éléments sont indispensables dans le dossier ?</w:t>
      </w:r>
    </w:p>
    <w:p>
      <w:r>
        <w:t>Les informations clés sont : présentation du projet, public cible, retombées médias, offres de partenariat et coordonnées. Sans ces éléments, le sponsor ne peut pas évaluer l'intérêt.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