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Dossier RNCP PDF à Télécharger</w:t>
      </w:r>
    </w:p>
    <w:p>
      <w:r>
        <w:t>Ce modèle de dossier RNCP en PDF vous permet de structurer votre demande de certification professionnelle. Téléchargez-le, remplissez-le avec vos informations et joignez les justificatifs demandés. Utilisez ce document comme base pour constituer un dossier complet et professionnel.</w:t>
      </w:r>
    </w:p>
    <w:p>
      <w:r>
        <w:rPr>
          <w:b/>
        </w:rPr>
        <w:t>Ce modèle est fourni à titre illustratif. Il ne remplace pas les consignes officielles de l'organisme certificateur. Vérifiez les exigences spécifiques auprès de votre certificateur avant de soumettre votre dossier.</w:t>
      </w:r>
    </w:p>
    <w:p>
      <w:pPr>
        <w:pStyle w:val="Heading1"/>
      </w:pPr>
      <w:r>
        <w:t>Mode d'emploi</w:t>
      </w:r>
    </w:p>
    <w:p>
      <w:pPr>
        <w:pStyle w:val="ListNumber"/>
      </w:pPr>
      <w:r>
        <w:t>Téléchargez le modèle PDF en cliquant sur le lien ci-dessous.</w:t>
      </w:r>
    </w:p>
    <w:p>
      <w:pPr>
        <w:pStyle w:val="ListNumber"/>
      </w:pPr>
      <w:r>
        <w:t>Ouvrez le fichier avec un lecteur PDF et remplissez chaque section avec vos informations personnelles et professionnelles.</w:t>
      </w:r>
    </w:p>
    <w:p>
      <w:pPr>
        <w:pStyle w:val="ListNumber"/>
      </w:pPr>
      <w:r>
        <w:t>Ajoutez les justificatifs demandés (diplômes, attestations, etc.) en les scannant et en les intégrant au PDF ou en les joignant séparément.</w:t>
      </w:r>
    </w:p>
    <w:p>
      <w:pPr>
        <w:pStyle w:val="ListNumber"/>
      </w:pPr>
      <w:r>
        <w:t>Relisez attentivement votre dossier pour vérifier la cohérence et l'exhaustivité des informations.</w:t>
      </w:r>
    </w:p>
    <w:p>
      <w:pPr>
        <w:pStyle w:val="ListNumber"/>
      </w:pPr>
      <w:r>
        <w:t>Soumettez votre dossier selon les modalités indiquées par l'organisme certificateur.</w:t>
      </w:r>
    </w:p>
    <w:p>
      <w:pPr>
        <w:pStyle w:val="Heading1"/>
      </w:pPr>
      <w:r>
        <w:t>Contenu du modèle</w:t>
      </w:r>
    </w:p>
    <w:p>
      <w:r>
        <w:t>Le modèle comprend les sections suivantes : identification du candidat, parcours professionnel, description des activités, compétences, et justificatifs. Chaque section est structurée avec des champs à remplir et des instructions pour vous guider.</w:t>
      </w:r>
    </w:p>
    <w:p>
      <w:pPr>
        <w:pStyle w:val="Heading1"/>
      </w:pPr>
      <w:r>
        <w:t>Modèle prêt à adapter</w:t>
      </w:r>
    </w:p>
    <w:p>
      <w:r>
        <w:t>NOM : [Nom] PRÉNOM : [Prénom] DATE DE NAISSANCE : [Date de naissance] ADRESSE : [Adresse complète] TÉLÉPHONE : [Téléphone] EMAIL : [Email] PARCOURS PROFESSIONNEL : - Poste occupé : [Intitulé du poste] - Employeur : [Nom de l'employeur] - Période : [Date de début] – [Date de fin] - Description des missions : [Décrivez vos missions] ACTIVITÉS PRINCIPALES : - [Activité 1] - [Activité 2] - [Activité 3] COMPÉTENCES DÉVELOPPÉES : - [Compétence 1] - [Compétence 2] - [Compétence 3] JUSTIFICATIFS : - [Liste des documents fournis] DATE : [Date] SIGNATURE : [Signature]</w:t>
      </w:r>
    </w:p>
    <w:p>
      <w:pPr>
        <w:pStyle w:val="Heading1"/>
      </w:pPr>
      <w:r>
        <w:t>Checklist</w:t>
      </w:r>
    </w:p>
    <w:p>
      <w:r>
        <w:t>☐ Avez-vous rempli toutes les sections obligatoires ?</w:t>
      </w:r>
    </w:p>
    <w:p>
      <w:r>
        <w:t>☐ Avez-vous joint tous les justificatifs demandés ?</w:t>
      </w:r>
    </w:p>
    <w:p>
      <w:r>
        <w:t>☐ Vos informations sont-elles cohérentes avec vos pièces justificatives ?</w:t>
      </w:r>
    </w:p>
    <w:p>
      <w:r>
        <w:t>☐ Avez-vous relu votre dossier pour éviter les erreurs ?</w:t>
      </w:r>
    </w:p>
    <w:p>
      <w:r>
        <w:t>☐ Avez-vous vérifié les consignes spécifiques de votre certificateur ?</w:t>
      </w:r>
    </w:p>
    <w:p>
      <w:r>
        <w:t>☐ Avez-vous conservé une copie de votre dossier pour vos archives ?</w:t>
      </w:r>
    </w:p>
    <w:p>
      <w:pPr>
        <w:pStyle w:val="Heading1"/>
      </w:pPr>
      <w:r>
        <w:t>Questions fréquentes</w:t>
      </w:r>
    </w:p>
    <w:p>
      <w:r>
        <w:rPr>
          <w:b/>
        </w:rPr>
        <w:t>Puis-je utiliser ce modèle pour toute certification RNCP ?</w:t>
      </w:r>
    </w:p>
    <w:p>
      <w:r>
        <w:t>Ce modèle est générique et peut servir de base, mais chaque certification peut avoir des exigences particulières. Consultez le référentiel de votre certification et adaptez le modèle en conséquence.</w:t>
      </w:r>
    </w:p>
    <w:p>
      <w:r>
        <w:rPr>
          <w:b/>
        </w:rPr>
        <w:t>Comment joindre les justificatifs au PDF ?</w:t>
      </w:r>
    </w:p>
    <w:p>
      <w:r>
        <w:t>Vous pouvez scanner vos documents et les insérer dans le PDF à l'aide d'un logiciel d'édition PDF, ou les fournir en pièces jointes séparées si l'organisme l'accepte.</w:t>
      </w:r>
    </w:p>
    <w:p>
      <w:r>
        <w:rPr>
          <w:b/>
        </w:rPr>
        <w:t>Ce modèle garantit-il l'acceptation de mon dossier ?</w:t>
      </w:r>
    </w:p>
    <w:p>
      <w:r>
        <w:t>Non, ce modèle est un outil d'aide. L'acceptation dépend du respect des critères de certification et de la qualité de votre dossier. Il est recommandé de faire valider votre dossier par un professionnel.</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