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Modèle de Dossier de Levée de Fonds à Télécharger</w:t>
      </w:r>
    </w:p>
    <w:p>
      <w:r>
        <w:t>Ce modèle de dossier de levée de fonds vous aide à structurer votre présentation pour convaincre les investisseurs. Il comprend les sections clés : executive summary, problème, solution, marché, modèle économique, équipe et projections financières. Téléchargez-le, personnalisez-le avec vos données et utilisez-le comme support pour vos pitchs.</w:t>
      </w:r>
    </w:p>
    <w:p>
      <w:r>
        <w:rPr>
          <w:b/>
        </w:rPr>
        <w:t>Ce modèle est fourni à titre indicatif. Adaptez-le à votre projet et faites valider les aspects juridiques et financiers par des professionnels compétents.</w:t>
      </w:r>
    </w:p>
    <w:p>
      <w:pPr>
        <w:pStyle w:val="Heading1"/>
      </w:pPr>
      <w:r>
        <w:t>Mode d'emploi</w:t>
      </w:r>
    </w:p>
    <w:p>
      <w:pPr>
        <w:pStyle w:val="ListNumber"/>
      </w:pPr>
      <w:r>
        <w:t>Téléchargez le modèle au format Word ou PDF.</w:t>
      </w:r>
    </w:p>
    <w:p>
      <w:pPr>
        <w:pStyle w:val="ListNumber"/>
      </w:pPr>
      <w:r>
        <w:t>Remplacez les informations entre crochets par vos données réelles.</w:t>
      </w:r>
    </w:p>
    <w:p>
      <w:pPr>
        <w:pStyle w:val="ListNumber"/>
      </w:pPr>
      <w:r>
        <w:t>Personnalisez le design et les couleurs pour refléter votre marque.</w:t>
      </w:r>
    </w:p>
    <w:p>
      <w:pPr>
        <w:pStyle w:val="ListNumber"/>
      </w:pPr>
      <w:r>
        <w:t>Relisez attentivement et faites relire par un tiers.</w:t>
      </w:r>
    </w:p>
    <w:p>
      <w:pPr>
        <w:pStyle w:val="ListNumber"/>
      </w:pPr>
      <w:r>
        <w:t>Exportez en PDF pour l'envoyer aux investisseurs.</w:t>
      </w:r>
    </w:p>
    <w:p>
      <w:pPr>
        <w:pStyle w:val="Heading1"/>
      </w:pPr>
      <w:r>
        <w:t>Aperçu du modèle</w:t>
      </w:r>
    </w:p>
    <w:p>
      <w:r>
        <w:t>Le modèle est structuré en 7 sections : 1) Executive summary, 2) Problème, 3) Solution, 4) Marché, 5) Modèle économique, 6) Équipe, 7) Projections financières. Chaque section contient des instructions et des exemples de phrases pour vous guider.</w:t>
      </w:r>
    </w:p>
    <w:p>
      <w:pPr>
        <w:pStyle w:val="Heading1"/>
      </w:pPr>
      <w:r>
        <w:t>Conseils de remplissage</w:t>
      </w:r>
    </w:p>
    <w:p>
      <w:r>
        <w:t>Soyez concis et factuel. Utilisez des chiffres précis pour le marché et les projections. Mettez en avant les compétences uniques de votre équipe. Relisez pour éliminer les fautes et assurez-vous que le document ne dépasse pas 10 pages.</w:t>
      </w:r>
    </w:p>
    <w:p>
      <w:pPr>
        <w:pStyle w:val="Heading1"/>
      </w:pPr>
      <w:r>
        <w:t>Modèle prêt à adapter</w:t>
      </w:r>
    </w:p>
    <w:p>
      <w:r>
        <w:t>[LOGO] [Date] [Destinataire] Objet : Dossier de levée de fonds - [Nom de votre entreprise] 1. Executive Summary [Présentez en 5-10 lignes votre projet, le montant recherché, et l'utilisation des fonds.] 2. Problème [Décrivez le problème que vous résolvez, avec des données chiffrées.] 3. Solution [Présentez votre produit/service et en quoi il résout le problème.] 4. Marché [Analysez le marché : taille, croissance, segments, concurrence.] 5. Modèle économique [Expliquez comment vous générez des revenus : prix, canaux, clients.] 6. Équipe [Présentez les membres clés, leurs compétences et expériences.] 7. Projections financières [Fournissez des prévisions sur 3-5 ans : chiffre d'affaires, charges, résultat net.] Conclusion : Appel à l'action [Demandez un rendez-vous ou un investissement.] Contact : [Nom], [Email], [Téléphone]</w:t>
      </w:r>
    </w:p>
    <w:p>
      <w:pPr>
        <w:pStyle w:val="Heading1"/>
      </w:pPr>
      <w:r>
        <w:t>Checklist</w:t>
      </w:r>
    </w:p>
    <w:p>
      <w:r>
        <w:t>☐ Executive summary clair et percutant</w:t>
      </w:r>
    </w:p>
    <w:p>
      <w:r>
        <w:t>☐ Problème et solution bien définis</w:t>
      </w:r>
    </w:p>
    <w:p>
      <w:r>
        <w:t>☐ Données de marché vérifiées</w:t>
      </w:r>
    </w:p>
    <w:p>
      <w:r>
        <w:t>☐ Modèle économique cohérent</w:t>
      </w:r>
    </w:p>
    <w:p>
      <w:r>
        <w:t>☐ Équipe présentée avec compétences</w:t>
      </w:r>
    </w:p>
    <w:p>
      <w:r>
        <w:t>☐ Projections financières réalistes</w:t>
      </w:r>
    </w:p>
    <w:p>
      <w:r>
        <w:t>☐ Relecture orthographique</w:t>
      </w:r>
    </w:p>
    <w:p>
      <w:r>
        <w:t>☐ Mise en page professionnelle</w:t>
      </w:r>
    </w:p>
    <w:p>
      <w:r>
        <w:t>☐ Coordonnées de contact visibles</w:t>
      </w:r>
    </w:p>
    <w:p>
      <w:r>
        <w:t>☐ Version PDF envoyée</w:t>
      </w:r>
    </w:p>
    <w:p>
      <w:pPr>
        <w:pStyle w:val="Heading1"/>
      </w:pPr>
      <w:r>
        <w:t>Questions fréquentes</w:t>
      </w:r>
    </w:p>
    <w:p>
      <w:r>
        <w:rPr>
          <w:b/>
        </w:rPr>
        <w:t>Comment personnaliser ce modèle ?</w:t>
      </w:r>
    </w:p>
    <w:p>
      <w:r>
        <w:t>Remplacez chaque texte entre crochets par vos informations. Modifiez les couleurs, polices et mise en page selon votre charte graphique.</w:t>
      </w:r>
    </w:p>
    <w:p>
      <w:r>
        <w:rPr>
          <w:b/>
        </w:rPr>
        <w:t>Quelle longueur idéale pour un dossier de levée de fonds ?</w:t>
      </w:r>
    </w:p>
    <w:p>
      <w:r>
        <w:t>En général, 8 à 12 pages suffisent. L'essentiel est d'être clair et de donner envie d'en savoir plus.</w:t>
      </w:r>
    </w:p>
    <w:p>
      <w:r>
        <w:rPr>
          <w:b/>
        </w:rPr>
        <w:t>Ce modèle garantit-il un financement ?</w:t>
      </w:r>
    </w:p>
    <w:p>
      <w:r>
        <w:t>Non, aucun modèle ne peut garantir un financement. Il vous aide à structurer votre présentation, mais le succès dépend de votre projet et de votre pitch.</w:t>
      </w:r>
    </w:p>
    <w:p>
      <w:r>
        <w:t>Ressource créée par TopExemples.fr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