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Dossier CEP à Télécharger (Word &amp; PDF)</w:t>
      </w:r>
    </w:p>
    <w:p>
      <w:r>
        <w:t>Ce modèle de dossier CEP (Conseil en Évolution Professionnelle) vous aide à formaliser votre projet professionnel. Il comprend les sections : identification, parcours, compétences, projet et plan d'action. Téléchargez-le, remplissez-le avec vos informations et utilisez-le lors de vos entretiens avec un conseiller CEP.</w:t>
      </w:r>
    </w:p>
    <w:p>
      <w:r>
        <w:rPr>
          <w:b/>
        </w:rPr>
        <w:t>Ce modèle est fourni à titre indicatif. Votre conseiller CEP pourra vous guider pour l'adapter à votre situation. Les informations fournies doivent être exactes et vérifiées.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Word ou PDF.</w:t>
      </w:r>
    </w:p>
    <w:p>
      <w:pPr>
        <w:pStyle w:val="ListNumber"/>
      </w:pPr>
      <w:r>
        <w:t>Remplissez chaque section avec vos informations personnelles.</w:t>
      </w:r>
    </w:p>
    <w:p>
      <w:pPr>
        <w:pStyle w:val="ListNumber"/>
      </w:pPr>
      <w:r>
        <w:t>Décrivez votre parcours et vos compétences de manière détaillée.</w:t>
      </w:r>
    </w:p>
    <w:p>
      <w:pPr>
        <w:pStyle w:val="ListNumber"/>
      </w:pPr>
      <w:r>
        <w:t>Définissez votre projet professionnel et votre plan d'action.</w:t>
      </w:r>
    </w:p>
    <w:p>
      <w:pPr>
        <w:pStyle w:val="ListNumber"/>
      </w:pPr>
      <w:r>
        <w:t>Faites relire par votre conseiller CEP avant de finaliser.</w:t>
      </w:r>
    </w:p>
    <w:p>
      <w:pPr>
        <w:pStyle w:val="Heading1"/>
      </w:pPr>
      <w:r>
        <w:t>Aperçu du modèle</w:t>
      </w:r>
    </w:p>
    <w:p>
      <w:r>
        <w:t>Le modèle comprend 5 sections : 1) Identification, 2) Parcours, 3) Compétences, 4) Projet, 5) Plan d'action. Chaque section contient des champs à remplir et des exemples pour vous aider.</w:t>
      </w:r>
    </w:p>
    <w:p>
      <w:pPr>
        <w:pStyle w:val="Heading1"/>
      </w:pPr>
      <w:r>
        <w:t>Instructions de remplissage</w:t>
      </w:r>
    </w:p>
    <w:p>
      <w:r>
        <w:t>Soyez honnête et précis. Pour les compétences, listez à la fois les compétences techniques et transversales. Dans le projet, expliquez pourquoi il vous correspond et comment il s'inscrit dans votre parcours.</w:t>
      </w:r>
    </w:p>
    <w:p>
      <w:pPr>
        <w:pStyle w:val="Heading1"/>
      </w:pPr>
      <w:r>
        <w:t>Modèle prêt à adapter</w:t>
      </w:r>
    </w:p>
    <w:p>
      <w:r>
        <w:t>1. Identification Nom : [Nom] Prénom : [Prénom] Date de naissance : [Date] Adresse : [Adresse] Téléphone : [Téléphone] Email : [Email] 2. Parcours Formation : [Diplômes, établissements, années] Expériences professionnelles : [Postes, entreprises, dates, missions] Autres expériences (bénévolat, etc.) : [Description] 3. Compétences Compétences techniques : [Liste] Compétences transversales : [Liste] Centres d'intérêt : [Liste] 4. Projet professionnel Description du projet : [Décrivez votre objectif professionnel] Motivations : [Pourquoi ce projet ?] Adéquation avec votre parcours : [Comment vos expériences vous préparent] 5. Plan d'action Étapes à réaliser : [Liste des actions] Calendrier : [Dates ou délais] Ressources nécessaires : [Formations, financements, etc.] Signature : [Votre signature]</w:t>
      </w:r>
    </w:p>
    <w:p>
      <w:pPr>
        <w:pStyle w:val="Heading1"/>
      </w:pPr>
      <w:r>
        <w:t>Checklist</w:t>
      </w:r>
    </w:p>
    <w:p>
      <w:r>
        <w:t>☐ Informations d'identification complètes</w:t>
      </w:r>
    </w:p>
    <w:p>
      <w:r>
        <w:t>☐ Parcours détaillé avec dates</w:t>
      </w:r>
    </w:p>
    <w:p>
      <w:r>
        <w:t>☐ Compétences listées et hiérarchisées</w:t>
      </w:r>
    </w:p>
    <w:p>
      <w:r>
        <w:t>☐ Projet professionnel clair et réaliste</w:t>
      </w:r>
    </w:p>
    <w:p>
      <w:r>
        <w:t>☐ Plan d'action avec échéances</w:t>
      </w:r>
    </w:p>
    <w:p>
      <w:r>
        <w:t>☐ Relecture pour corriger les erreurs</w:t>
      </w:r>
    </w:p>
    <w:p>
      <w:r>
        <w:t>☐ Validation par un conseiller CEP</w:t>
      </w:r>
    </w:p>
    <w:p>
      <w:pPr>
        <w:pStyle w:val="Heading1"/>
      </w:pPr>
      <w:r>
        <w:t>Questions fréquentes</w:t>
      </w:r>
    </w:p>
    <w:p>
      <w:r>
        <w:rPr>
          <w:b/>
        </w:rPr>
        <w:t>Qu'est-ce qu'un dossier CEP ?</w:t>
      </w:r>
    </w:p>
    <w:p>
      <w:r>
        <w:t>Un dossier CEP est un document qui synthétise votre parcours, vos compétences et votre projet professionnel. Il sert de support lors des entretiens avec un conseiller en évolution professionnelle.</w:t>
      </w:r>
    </w:p>
    <w:p>
      <w:r>
        <w:rPr>
          <w:b/>
        </w:rPr>
        <w:t>Ce modèle est-il officiel ?</w:t>
      </w:r>
    </w:p>
    <w:p>
      <w:r>
        <w:t>Non, il s'agit d'un modèle indicatif. Votre conseiller CEP pourra vous fournir les documents officiels si nécessaire.</w:t>
      </w:r>
    </w:p>
    <w:p>
      <w:r>
        <w:rPr>
          <w:b/>
        </w:rPr>
        <w:t>Dois-je inclure toutes mes expériences ?</w:t>
      </w:r>
    </w:p>
    <w:p>
      <w:r>
        <w:t>Il est conseillé de mentionner les expériences pertinentes pour votre projet, mais vous pouvez aussi inclure d'autres expériences qui montrent vos compétences transférables.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