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Modèle de Document d'Architecture Logicielle</w:t>
      </w:r>
    </w:p>
    <w:p>
      <w:r>
        <w:t>Ce document vous propose un modèle complet de document d'architecture logicielle, prêt à être adapté à votre projet. Il vous guide à travers les sections essentielles pour formaliser vos choix techniques et faciliter la communication au sein de votre équipe.</w:t>
      </w:r>
    </w:p>
    <w:p>
      <w:r>
        <w:rPr>
          <w:b/>
        </w:rPr>
        <w:t>Ce modèle est fourni à titre indicatif. Adaptez-le aux besoins spécifiques de votre projet et de votre organisation.</w:t>
      </w:r>
    </w:p>
    <w:p>
      <w:pPr>
        <w:pStyle w:val="Heading1"/>
      </w:pPr>
      <w:r>
        <w:t>Mode d'emploi</w:t>
      </w:r>
    </w:p>
    <w:p>
      <w:pPr>
        <w:pStyle w:val="ListNumber"/>
      </w:pPr>
      <w:r>
        <w:t>Téléchargez le fichier Word ci-dessous.</w:t>
      </w:r>
    </w:p>
    <w:p>
      <w:pPr>
        <w:pStyle w:val="ListNumber"/>
      </w:pPr>
      <w:r>
        <w:t>Remplacez les informations entre crochets par les données réelles de votre projet.</w:t>
      </w:r>
    </w:p>
    <w:p>
      <w:pPr>
        <w:pStyle w:val="ListNumber"/>
      </w:pPr>
      <w:r>
        <w:t>Complétez les sections avec vos diagrammes (par exemple, diagrammes d'architecture, de séquence).</w:t>
      </w:r>
    </w:p>
    <w:p>
      <w:pPr>
        <w:pStyle w:val="ListNumber"/>
      </w:pPr>
      <w:r>
        <w:t>Faites relire le document par les parties prenantes pour validation.</w:t>
      </w:r>
    </w:p>
    <w:p>
      <w:pPr>
        <w:pStyle w:val="Heading1"/>
      </w:pPr>
      <w:r>
        <w:t>Structure du document</w:t>
      </w:r>
    </w:p>
    <w:p>
      <w:r>
        <w:t>Le modèle comprend les sections suivantes : introduction, exigences, choix techniques, architecture globale, description des composants, diagrammes, et annexes.</w:t>
      </w:r>
    </w:p>
    <w:p>
      <w:pPr>
        <w:pStyle w:val="Heading1"/>
      </w:pPr>
      <w:r>
        <w:t>Conseils d'utilisation</w:t>
      </w:r>
    </w:p>
    <w:p>
      <w:r>
        <w:t>Pour chaque section, indiquez des informations concrètes et précises. Par exemple, dans 'Choix techniques', justifiez pourquoi vous avez sélectionné tel framework ou telle base de données.</w:t>
      </w:r>
    </w:p>
    <w:p>
      <w:pPr>
        <w:pStyle w:val="Heading1"/>
      </w:pPr>
      <w:r>
        <w:t>Modèle prêt à adapter</w:t>
      </w:r>
    </w:p>
    <w:p>
      <w:r>
        <w:t>MODÈLE DE DOCUMENT D'ARCHITECTURE LOGICIELLE 1. Introduction - Objectif du document - Portée du système - Contexte et enjeux 2. Exigences - Exigences fonctionnelles - Exigences non fonctionnelles (performance, sécurité, etc.) 3. Choix techniques - Langages de programmation - Frameworks et bibliothèques - Bases de données - Services et API externes 4. Architecture globale - Vue d'ensemble (description textuelle) - Diagramme d'architecture (insérer ici) 5. Description des composants - Composant 1 : [Nom] - Rôle - Interfaces - Données manipulées - Composant 2 : [Nom] - ... 6. Diagrammes - Diagramme de classes - Diagramme de séquence - Diagramme de déploiement 7. Annexes - Glossaire - Références</w:t>
      </w:r>
    </w:p>
    <w:p>
      <w:pPr>
        <w:pStyle w:val="Heading1"/>
      </w:pPr>
      <w:r>
        <w:t>Checklist</w:t>
      </w:r>
    </w:p>
    <w:p>
      <w:r>
        <w:t>☐ Le document comporte une introduction claire.</w:t>
      </w:r>
    </w:p>
    <w:p>
      <w:r>
        <w:t>☐ Les exigences fonctionnelles et non fonctionnelles sont listées.</w:t>
      </w:r>
    </w:p>
    <w:p>
      <w:r>
        <w:t>☐ Les choix techniques sont justifiés.</w:t>
      </w:r>
    </w:p>
    <w:p>
      <w:r>
        <w:t>☐ L'architecture globale est décrite et illustrée.</w:t>
      </w:r>
    </w:p>
    <w:p>
      <w:r>
        <w:t>☐ Chaque composant est détaillé avec son rôle et ses interfaces.</w:t>
      </w:r>
    </w:p>
    <w:p>
      <w:r>
        <w:t>☐ Les diagrammes sont inclus et légendés.</w:t>
      </w:r>
    </w:p>
    <w:p>
      <w:r>
        <w:t>☐ Le document a été relu et validé par l'équipe.</w:t>
      </w:r>
    </w:p>
    <w:p>
      <w:pPr>
        <w:pStyle w:val="Heading1"/>
      </w:pPr>
      <w:r>
        <w:t>Questions fréquentes</w:t>
      </w:r>
    </w:p>
    <w:p>
      <w:r>
        <w:rPr>
          <w:b/>
        </w:rPr>
        <w:t>Ce modèle convient-il à tous les types de projets ?</w:t>
      </w:r>
    </w:p>
    <w:p>
      <w:r>
        <w:t>Le modèle est générique et peut être adapté à la plupart des projets logiciels. Pour les petits projets, vous pouvez simplifier certaines sections.</w:t>
      </w:r>
    </w:p>
    <w:p>
      <w:r>
        <w:rPr>
          <w:b/>
        </w:rPr>
        <w:t>Dois-je inclure des diagrammes ?</w:t>
      </w:r>
    </w:p>
    <w:p>
      <w:r>
        <w:t>Les diagrammes sont fortement recommandés pour visualiser l'architecture, mais ils ne sont pas obligatoires. Si vous en incluez, assurez-vous qu'ils sont à jour et compréhensibles.</w:t>
      </w:r>
    </w:p>
    <w:p>
      <w:r>
        <w:rPr>
          <w:b/>
        </w:rPr>
        <w:t>Comment gérer les mises à jour du document ?</w:t>
      </w:r>
    </w:p>
    <w:p>
      <w:r>
        <w:t>Utilisez un contrôle de version (par exemple, Git) pour suivre les modifications. Indiquez la date et la version en début de document.</w:t>
      </w:r>
    </w:p>
    <w:p>
      <w:r>
        <w:t>Ressource créée par TopExemples.fr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