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Title"/>
      </w:pPr>
      <w:r>
        <w:t>Modèle de Devis de Forage à Télécharger (Word/PDF)</w:t>
      </w:r>
    </w:p>
    <w:p>
      <w:r>
        <w:t>Ce modèle de devis de forage vous permet de créer rapidement un document professionnel et complet pour vos projets de forage. Il inclut toutes les sections essentielles : identification des parties, description des travaux, détail des coûts, conditions de paiement et validité de l'offre. Personnalisez-le selon vos besoins et téléchargez-le au format Word ou PDF.</w:t>
      </w:r>
    </w:p>
    <w:p>
      <w:r>
        <w:rPr>
          <w:b/>
        </w:rPr>
        <w:t>Ce modèle est fourni à titre indicatif. Adaptez-le à votre situation et faites-le valider par un professionnel si nécessaire.</w:t>
      </w:r>
    </w:p>
    <w:p>
      <w:pPr>
        <w:pStyle w:val="Heading1"/>
      </w:pPr>
      <w:r>
        <w:t>Mode d'emploi</w:t>
      </w:r>
    </w:p>
    <w:p>
      <w:pPr>
        <w:pStyle w:val="ListNumber"/>
      </w:pPr>
      <w:r>
        <w:t>Téléchargez le fichier Word ou PDF ci-dessous.</w:t>
      </w:r>
    </w:p>
    <w:p>
      <w:pPr>
        <w:pStyle w:val="ListNumber"/>
      </w:pPr>
      <w:r>
        <w:t>Ouvrez le fichier avec un logiciel de traitement de texte (Word, LibreOffice, etc.) ou un lecteur PDF.</w:t>
      </w:r>
    </w:p>
    <w:p>
      <w:pPr>
        <w:pStyle w:val="ListNumber"/>
      </w:pPr>
      <w:r>
        <w:t>Remplacez les informations entre crochets par vos données réelles (nom, adresse, dates, montants, etc.).</w:t>
      </w:r>
    </w:p>
    <w:p>
      <w:pPr>
        <w:pStyle w:val="ListNumber"/>
      </w:pPr>
      <w:r>
        <w:t>Relisez attentivement le document pour vérifier l'exactitude des informations.</w:t>
      </w:r>
    </w:p>
    <w:p>
      <w:pPr>
        <w:pStyle w:val="ListNumber"/>
      </w:pPr>
      <w:r>
        <w:t>Enregistrez le fichier et imprimez-le ou envoyez-le par email à votre client.</w:t>
      </w:r>
    </w:p>
    <w:p>
      <w:pPr>
        <w:pStyle w:val="Heading1"/>
      </w:pPr>
      <w:r>
        <w:t>Aperçu du document</w:t>
      </w:r>
    </w:p>
    <w:p>
      <w:r>
        <w:t>Le modèle comprend :</w:t>
        <w:br/>
        <w:t>- En-tête avec vos coordonnées et celles du client</w:t>
        <w:br/>
        <w:t>- Description détaillée des travaux de forage (localisation, profondeur, diamètre, etc.)</w:t>
        <w:br/>
        <w:t>- Décomposition des coûts : matériaux, main-d'œuvre, location d'équipement, déplacements, taxes</w:t>
        <w:br/>
        <w:t>- Conditions de paiement (acompte, solde) et délais d'exécution</w:t>
        <w:br/>
        <w:t>- Validité de l'offre et signature des deux parties</w:t>
      </w:r>
    </w:p>
    <w:p>
      <w:pPr>
        <w:pStyle w:val="Heading1"/>
      </w:pPr>
      <w:r>
        <w:t>Instructions de personnalisation</w:t>
      </w:r>
    </w:p>
    <w:p>
      <w:r>
        <w:t>1. Remplissez chaque champ entre crochets. Par exemple, [Nom de l'entreprise], [Adresse], [Date].</w:t>
        <w:br/>
        <w:t>2. Ajustez les quantités et les prix en fonction de votre projet.</w:t>
        <w:br/>
        <w:t>3. Si certaines lignes ne s'appliquent pas, supprimez-les ou indiquez 'N/A'.</w:t>
        <w:br/>
        <w:t>4. Ajoutez des clauses spécifiques si nécessaire (assurance, garantie, etc.).</w:t>
        <w:br/>
        <w:t>5. Conservez le format professionnel et lisible.</w:t>
      </w:r>
    </w:p>
    <w:p>
      <w:pPr>
        <w:pStyle w:val="Heading1"/>
      </w:pPr>
      <w:r>
        <w:t>Modèle prêt à adapter</w:t>
      </w:r>
    </w:p>
    <w:p>
      <w:r>
        <w:t>DEVIS DE FORAGE [Votre entreprise] [Adresse] [Téléphone] [Email] Date : [Date] Client : [Nom du client] [Adresse] [Téléphone] [Email] OBJET : Devis pour travaux de forage 1. Description des travaux - Lieu du forage : [Adresse du site] - Profondeur prévue : [Profondeur] mètres - Diamètre du forage : [Diamètre] mm - Type de sol : [Type de sol] - Équipement utilisé : [Équipement] - Autres spécifications : [Détails] 2. Détail des coûts - Location de l'équipement de forage : [Montant] € - Main-d'œuvre : [Nombre] heures x [Taux horaire] € = [Montant] € - Matériaux (tubes, gravier, ciment, etc.) : [Montant] € - Transport et déplacement : [Montant] € - Frais divers (permis, analyses, etc.) : [Montant] € - Sous-total : [Montant] € - TVA ([Taux]%) : [Montant] € - Total TTC : [Montant] € 3. Conditions de paiement - Acompte à la commande : [Pourcentage] % soit [Montant] € - Solde à la réception des travaux : [Montant] € - Mode de paiement : [Chèque, virement, etc.] 4. Délais - Début des travaux : [Date] - Durée estimée : [Nombre] jours - Fin prévue : [Date] 5. Validité de l'offre Ce devis est valable jusqu'au [Date limite]. 6. Acceptation Fait à [Ville], le [Date]. Pour l'entreprise : Signature et cachet : Le client : Signature précédée de la mention 'Bon pour accord' :</w:t>
      </w:r>
    </w:p>
    <w:p>
      <w:pPr>
        <w:pStyle w:val="Heading1"/>
      </w:pPr>
      <w:r>
        <w:t>Checklist</w:t>
      </w:r>
    </w:p>
    <w:p>
      <w:r>
        <w:t>☐ Vérifier que toutes les informations d'identification sont correctes (entreprise, client).</w:t>
      </w:r>
    </w:p>
    <w:p>
      <w:r>
        <w:t>☐ Décrire précisément les travaux de forage (profondeur, diamètre, localisation).</w:t>
      </w:r>
    </w:p>
    <w:p>
      <w:r>
        <w:t>☐ Détailler tous les coûts (matériaux, main-d'œuvre, équipement, transport).</w:t>
      </w:r>
    </w:p>
    <w:p>
      <w:r>
        <w:t>☐ Indiquer le taux de TVA applicable et le montant total TTC.</w:t>
      </w:r>
    </w:p>
    <w:p>
      <w:r>
        <w:t>☐ Préciser les conditions de paiement (acompte, solde, modalités).</w:t>
      </w:r>
    </w:p>
    <w:p>
      <w:r>
        <w:t>☐ Mentionner les délais d'exécution et la date de début.</w:t>
      </w:r>
    </w:p>
    <w:p>
      <w:r>
        <w:t>☐ Inclure une date de validité de l'offre.</w:t>
      </w:r>
    </w:p>
    <w:p>
      <w:r>
        <w:t>☐ Prévoir les signatures des deux parties.</w:t>
      </w:r>
    </w:p>
    <w:p>
      <w:pPr>
        <w:pStyle w:val="Heading1"/>
      </w:pPr>
      <w:r>
        <w:t>Questions fréquentes</w:t>
      </w:r>
    </w:p>
    <w:p>
      <w:r>
        <w:rPr>
          <w:b/>
        </w:rPr>
        <w:t>Comment personnaliser ce modèle de devis de forage ?</w:t>
      </w:r>
    </w:p>
    <w:p>
      <w:r>
        <w:t>Téléchargez le fichier, puis remplacez chaque information entre crochets par vos données réelles. Utilisez un traitement de texte pour modifier le contenu. Vous pouvez également ajuster les quantités, les prix et ajouter des clauses spécifiques à votre projet.</w:t>
      </w:r>
    </w:p>
    <w:p>
      <w:r>
        <w:rPr>
          <w:b/>
        </w:rPr>
        <w:t>Quelles informations doivent figurer obligatoirement sur un devis de forage ?</w:t>
      </w:r>
    </w:p>
    <w:p>
      <w:r>
        <w:t>Un devis doit comporter l'identification de l'entreprise et du client, la date, la description détaillée des travaux, le détail des prix, les conditions de paiement, les délais, la durée de validité et la signature. Ce modèle inclut tous ces éléments.</w:t>
      </w:r>
    </w:p>
    <w:p>
      <w:r>
        <w:rPr>
          <w:b/>
        </w:rPr>
        <w:t>Puis-je utiliser ce modèle pour un forage d'eau ou géothermique ?</w:t>
      </w:r>
    </w:p>
    <w:p>
      <w:r>
        <w:t>Oui, ce modèle est générique et peut être adapté à tout type de forage. Modifiez simplement la description des travaux et les spécifications techniques en fonction du projet.</w:t>
      </w:r>
    </w:p>
    <w:p>
      <w:r>
        <w:t>Ressource créée par TopExemples.fr</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Arial" w:hAnsi="Arial"/>
      <w:sz w:val="21"/>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