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Pétition Gratuit à Télécharger (Word et PDF)</w:t>
      </w:r>
    </w:p>
    <w:p>
      <w:r>
        <w:t>Ce modèle de pétition prêt à l'emploi vous permet de lancer votre campagne en quelques minutes. Téléchargez-le au format Word ou PDF, personnalisez-le selon votre cause, et collectez des signatures efficacement.</w:t>
      </w:r>
    </w:p>
    <w:p>
      <w:r>
        <w:rPr>
          <w:b/>
        </w:rPr>
        <w:t>Ce modèle est fourni à titre indicatif. Il ne constitue pas un conseil juridique. Pour une pétition officielle (par exemple, adressée à une autorité publique), vérifiez les règles de forme et de dépôt auprès de l'organisme concerné.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ou PDF ci-dessous.</w:t>
      </w:r>
    </w:p>
    <w:p>
      <w:pPr>
        <w:pStyle w:val="ListNumber"/>
      </w:pPr>
      <w:r>
        <w:t>Ouvrez le fichier et remplacez les informations entre crochets par les vôtres : destinataire, objet, texte, etc.</w:t>
      </w:r>
    </w:p>
    <w:p>
      <w:pPr>
        <w:pStyle w:val="ListNumber"/>
      </w:pPr>
      <w:r>
        <w:t>Relisez attentivement le texte pour vérifier la clarté et la grammaire.</w:t>
      </w:r>
    </w:p>
    <w:p>
      <w:pPr>
        <w:pStyle w:val="ListNumber"/>
      </w:pPr>
      <w:r>
        <w:t>Imprimez le document si vous souhaitez collecter des signatures papier, ou utilisez une version numérique pour une diffusion en ligne.</w:t>
      </w:r>
    </w:p>
    <w:p>
      <w:pPr>
        <w:pStyle w:val="ListNumber"/>
      </w:pPr>
      <w:r>
        <w:t>Diffusez votre pétition et collectez les signatures. Assurez-vous de respecter les règles de protection des données si vous collectez des informations personnelles.</w:t>
      </w:r>
    </w:p>
    <w:p>
      <w:pPr>
        <w:pStyle w:val="Heading1"/>
      </w:pPr>
      <w:r>
        <w:t>Aperçu du modèle</w:t>
      </w:r>
    </w:p>
    <w:p>
      <w:r>
        <w:t>Le modèle comprend : l'en-tête avec le destinataire, l'objet, le corps de la pétition, et une zone de signature avec tableau. Vous pouvez adapter la mise en page selon vos besoins.</w:t>
      </w:r>
    </w:p>
    <w:p>
      <w:pPr>
        <w:pStyle w:val="Heading1"/>
      </w:pPr>
      <w:r>
        <w:t>Instructions de rédaction</w:t>
      </w:r>
    </w:p>
    <w:p>
      <w:r>
        <w:t>Soyez précis et concis. Expliquez clairement la demande, les raisons et les actions attendues. Utilisez un ton respectueux et factuel. Relisez-vous pour éviter les erreurs.</w:t>
      </w:r>
    </w:p>
    <w:p>
      <w:pPr>
        <w:pStyle w:val="Heading1"/>
      </w:pPr>
      <w:r>
        <w:t>Modèle prêt à adapter</w:t>
      </w:r>
    </w:p>
    <w:p>
      <w:r>
        <w:t>PÉTITION À l'attention de : [Nom du destinataire ou organisation] Adresse : [Adresse complète] Date : [Date] Objet : [Objet de la pétition] Nous, soussignés, citoyens et résidents de [Ville/Pays], demandons à [Destinataire] de [action demandée]. En effet, [exposez les raisons de votre demande, en 2-3 paragraphes]. Nous vous prions d'agir en faveur de cette demande, qui est importante pour [impact attendu]. Liste des signataires : | Nom | Prénom | Adresse | Signature | |-----|--------|---------|-----------| | | | | | | | | | | | | | | | | | | | | Fait à [Ville], le [Date] Signatures :</w:t>
      </w:r>
    </w:p>
    <w:p>
      <w:pPr>
        <w:pStyle w:val="Heading1"/>
      </w:pPr>
      <w:r>
        <w:t>Checklist</w:t>
      </w:r>
    </w:p>
    <w:p>
      <w:r>
        <w:t>☐ Destinataire clairement identifié (nom et adresse)</w:t>
      </w:r>
    </w:p>
    <w:p>
      <w:r>
        <w:t>☐ Objet explicite et précis</w:t>
      </w:r>
    </w:p>
    <w:p>
      <w:r>
        <w:t>☐ Exposé des motifs convaincant</w:t>
      </w:r>
    </w:p>
    <w:p>
      <w:r>
        <w:t>☐ Demande claire et réalisable</w:t>
      </w:r>
    </w:p>
    <w:p>
      <w:r>
        <w:t>☐ Zone de signature avec colonnes pour nom, prénom, adresse et signature</w:t>
      </w:r>
    </w:p>
    <w:p>
      <w:r>
        <w:t>☐ Date et lieu de rédaction</w:t>
      </w:r>
    </w:p>
    <w:p>
      <w:r>
        <w:t>☐ Relecture orthographique et grammaticale</w:t>
      </w:r>
    </w:p>
    <w:p>
      <w:r>
        <w:t>☐ Vérification des règles de dépôt si nécessaire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 modèle pour une pétition en ligne ?</w:t>
      </w:r>
    </w:p>
    <w:p>
      <w:r>
        <w:t>Oui, vous pouvez copier le texte dans un formulaire en ligne ou une plateforme de pétitions. Adaptez la zone de signature pour recueillir les informations nécessaires (nom, email, etc.).</w:t>
      </w:r>
    </w:p>
    <w:p>
      <w:r>
        <w:rPr>
          <w:b/>
        </w:rPr>
        <w:t>Ce modèle est-il juridiquement valable ?</w:t>
      </w:r>
    </w:p>
    <w:p>
      <w:r>
        <w:t>Il s'agit d'un modèle générique. Pour une pétition officielle, renseignez-vous sur les exigences spécifiques de l'organisme destinataire. Il est recommandé de consulter un professionnel si vous avez des doutes.</w:t>
      </w:r>
    </w:p>
    <w:p>
      <w:r>
        <w:rPr>
          <w:b/>
        </w:rPr>
        <w:t>Puis-je modifier le modèle ?</w:t>
      </w:r>
    </w:p>
    <w:p>
      <w:r>
        <w:t>Absolument. Le modèle est fourni en format Word et PDF. La version Word est entièrement modifiable ; la version PDF peut être modifiée avec un logiciel adapté.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