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Convention de Partenariat Word à Télécharger</w:t>
      </w:r>
    </w:p>
    <w:p>
      <w:r>
        <w:t>Ce modèle de convention de partenariat au format Word vous permet de formaliser clairement votre collaboration avec un partenaire. Il est conçu pour être juridiquement neutre et adaptable à de nombreux contextes professionnels. Téléchargez-le, personnalisez les champs entre crochets et faites-le valider par un professionnel du droit si nécessaire.</w:t>
      </w:r>
    </w:p>
    <w:p>
      <w:r>
        <w:rPr>
          <w:b/>
        </w:rPr>
        <w:t>Ce document est fourni à titre d'exemple et ne constitue pas un conseil juridique. Il est recommandé de faire vérifier le contrat par un avocat ou un juriste spécialisé avant toute utilisation officielle.</w:t>
      </w:r>
    </w:p>
    <w:p>
      <w:pPr>
        <w:pStyle w:val="Heading1"/>
      </w:pPr>
      <w:r>
        <w:t>Mode d'emploi</w:t>
      </w:r>
    </w:p>
    <w:p>
      <w:pPr>
        <w:pStyle w:val="ListNumber"/>
      </w:pPr>
      <w:r>
        <w:t>Téléchargez le fichier Word ci-dessous.</w:t>
      </w:r>
    </w:p>
    <w:p>
      <w:pPr>
        <w:pStyle w:val="ListNumber"/>
      </w:pPr>
      <w:r>
        <w:t>Ouvrez le document avec un logiciel de traitement de texte (Microsoft Word, LibreOffice, etc.).</w:t>
      </w:r>
    </w:p>
    <w:p>
      <w:pPr>
        <w:pStyle w:val="ListNumber"/>
      </w:pPr>
      <w:r>
        <w:t>Remplacez toutes les informations entre crochets par vos propres données (noms, dates, montants, etc.).</w:t>
      </w:r>
    </w:p>
    <w:p>
      <w:pPr>
        <w:pStyle w:val="ListNumber"/>
      </w:pPr>
      <w:r>
        <w:t>Personnalisez les clauses selon votre accord : objet du partenariat, durée, responsabilités, etc.</w:t>
      </w:r>
    </w:p>
    <w:p>
      <w:pPr>
        <w:pStyle w:val="ListNumber"/>
      </w:pPr>
      <w:r>
        <w:t>Faites relire le document par les parties concernées et, si possible, par un professionnel du droit.</w:t>
      </w:r>
    </w:p>
    <w:p>
      <w:pPr>
        <w:pStyle w:val="ListNumber"/>
      </w:pPr>
      <w:r>
        <w:t>Imprimez ou envoyez le document en version PDF pour signature.</w:t>
      </w:r>
    </w:p>
    <w:p>
      <w:pPr>
        <w:pStyle w:val="Heading1"/>
      </w:pPr>
      <w:r>
        <w:t>Aperçu du modèle</w:t>
      </w:r>
    </w:p>
    <w:p>
      <w:r>
        <w:t>Le modèle comprend les sections suivantes : titre, préambule, objet du partenariat, engagements des parties, durée, confidentialité, propriété intellectuelle, résiliation, litiges et signatures. Chaque section est clairement identifiée et prête à être complétée.</w:t>
      </w:r>
    </w:p>
    <w:p>
      <w:pPr>
        <w:pStyle w:val="Heading1"/>
      </w:pPr>
      <w:r>
        <w:t>Instructions de personnalisation</w:t>
      </w:r>
    </w:p>
    <w:p>
      <w:r>
        <w:t>Pour adapter le modèle à votre situation, remplacez les champs entre crochets par vos informations réelles. Par exemple, dans l'article 1, indiquez le nom complet des partenaires. Dans l'article 2, décrivez précisément l'objet du partenariat. Ajustez la durée et les conditions de résiliation selon vos besoins. N'hésitez pas à ajouter ou supprimer des clauses si nécessaire.</w:t>
      </w:r>
    </w:p>
    <w:p>
      <w:pPr>
        <w:pStyle w:val="Heading1"/>
      </w:pPr>
      <w:r>
        <w:t>Téléchargement</w:t>
      </w:r>
    </w:p>
    <w:p>
      <w:r>
        <w:t>Cliquez sur le bouton ci-dessous pour télécharger le modèle de convention de partenariat au format Word (.docx). Le fichier est prêt à être utilisé.</w:t>
      </w:r>
    </w:p>
    <w:p>
      <w:pPr>
        <w:pStyle w:val="Heading1"/>
      </w:pPr>
      <w:r>
        <w:t>Modèle prêt à adapter</w:t>
      </w:r>
    </w:p>
    <w:p>
      <w:r>
        <w:t>CONVENTION DE PARTENARIAT Entre les soussignés : [Nom complet du Partenaire 1], [adresse], représenté par [Nom du représentant], dûment habilité à l'effet des présentes, ci-après dénommé « Partenaire 1 », Et [Nom complet du Partenaire 2], [adresse], représenté par [Nom du représentant], dûment habilité à l'effet des présentes, ci-après dénommé « Partenaire 2 », Ensemble dénommés les « Parties ». IL A ÉTÉ CONVENU CE QUI SUIT : Article 1 – Objet La présente convention a pour objet de définir les termes et conditions de la collaboration entre les Parties dans le cadre de [description du projet ou de l'activité]. Article 2 – Engagements des Parties Chaque Partie s'engage à : - [Engagement spécifique du Partenaire 1] - [Engagement spécifique du Partenaire 2] Article 3 – Durée La présente convention prend effet à la date de sa signature et est conclue pour une durée de [durée, par exemple 12 mois], renouvelable par accord écrit des Parties. Article 4 – Confidentialité Les Parties s'engagent à garder confidentielles toutes les informations échangées dans le cadre de cette convention et à ne pas les divulguer à des tiers sans accord écrit préalable. Article 5 – Propriété intellectuelle Les droits de propriété intellectuelle sur les créations réalisées dans le cadre de ce partenariat seront répartis comme suit : [préciser la répartition]. Article 6 – Résiliation Chaque Partie peut résilier la présente convention par écrit avec un préavis de [préavis, par exemple 30 jours]. En cas de manquement grave à ses obligations, l'autre Partie peut résilier immédiatement. Article 7 – Litiges Tout litige relatif à l'interprétation ou à l'exécution de la présente convention sera soumis aux tribunaux compétents de [ville ou juridiction]. Fait à [ville], le [date]. Signatures : [Signature du Partenaire 1] [Signature du Partenaire 2]</w:t>
      </w:r>
    </w:p>
    <w:p>
      <w:pPr>
        <w:pStyle w:val="Heading1"/>
      </w:pPr>
      <w:r>
        <w:t>Checklist</w:t>
      </w:r>
    </w:p>
    <w:p>
      <w:r>
        <w:t>☐ Vérifier que les noms des partenaires sont correctement orthographiés.</w:t>
      </w:r>
    </w:p>
    <w:p>
      <w:r>
        <w:t>☐ Décrire précisément l'objet du partenariat.</w:t>
      </w:r>
    </w:p>
    <w:p>
      <w:r>
        <w:t>☐ Définir clairement les engagements de chaque partie.</w:t>
      </w:r>
    </w:p>
    <w:p>
      <w:r>
        <w:t>☐ Indiquer la durée exacte et les conditions de renouvellement.</w:t>
      </w:r>
    </w:p>
    <w:p>
      <w:r>
        <w:t>☐ Préciser les obligations de confidentialité.</w:t>
      </w:r>
    </w:p>
    <w:p>
      <w:r>
        <w:t>☐ Détailler la répartition des droits de propriété intellectuelle.</w:t>
      </w:r>
    </w:p>
    <w:p>
      <w:r>
        <w:t>☐ Spécifier le préavis de résiliation.</w:t>
      </w:r>
    </w:p>
    <w:p>
      <w:r>
        <w:t>☐ Choisir la juridiction compétente en cas de litige.</w:t>
      </w:r>
    </w:p>
    <w:p>
      <w:r>
        <w:t>☐ Faire signer le document par les représentants autorisés.</w:t>
      </w:r>
    </w:p>
    <w:p>
      <w:r>
        <w:t>☐ Conserver une copie signée pour chaque partie.</w:t>
      </w:r>
    </w:p>
    <w:p>
      <w:pPr>
        <w:pStyle w:val="Heading1"/>
      </w:pPr>
      <w:r>
        <w:t>Questions fréquentes</w:t>
      </w:r>
    </w:p>
    <w:p>
      <w:r>
        <w:rPr>
          <w:b/>
        </w:rPr>
        <w:t>Puis-je utiliser ce modèle pour n'importe quel type de partenariat ?</w:t>
      </w:r>
    </w:p>
    <w:p>
      <w:r>
        <w:t>Oui, ce modèle est générique et peut être adapté à divers types de partenariats (commercial, technique, associatif, etc.). Il vous suffit de personnaliser les sections selon votre contexte spécifique.</w:t>
      </w:r>
    </w:p>
    <w:p>
      <w:r>
        <w:rPr>
          <w:b/>
        </w:rPr>
        <w:t>Ce modèle est-il juridiquement contraignant ?</w:t>
      </w:r>
    </w:p>
    <w:p>
      <w:r>
        <w:t>Ce modèle est un point de départ et peut être utilisé pour formaliser un accord. Cependant, pour garantir sa validité juridique et sa conformité aux lois applicables, il est fortement recommandé de le faire examiner par un professionnel du droit.</w:t>
      </w:r>
    </w:p>
    <w:p>
      <w:r>
        <w:rPr>
          <w:b/>
        </w:rPr>
        <w:t>Comment modifier le modèle pour ajouter des clauses spécifiques ?</w:t>
      </w:r>
    </w:p>
    <w:p>
      <w:r>
        <w:t>Vous pouvez ajouter des articles supplémentaires après l'article 7 ou les intégrer dans les sections existantes. Assurez-vous que la numérotation reste cohérente et que les nouvelles clauses ne contredisent pas les autres.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