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Convention de Partenariat à Télécharger (Word)</w:t>
      </w:r>
    </w:p>
    <w:p>
      <w:r>
        <w:t>Ce modèle de convention de partenariat vous aide à formaliser un accord entre deux parties. Il est conçu pour être personnalisé selon votre projet. Téléchargez-le, complétez-le et adaptez-le à votre collaboration.</w:t>
      </w:r>
    </w:p>
    <w:p>
      <w:r>
        <w:rPr>
          <w:b/>
        </w:rPr>
        <w:t>Ce document est fourni à titre d'exemple et ne constitue pas un avis juridique. Il est recommandé de faire valider votre convention par un professionnel du droit avant utilisation.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Word.</w:t>
      </w:r>
    </w:p>
    <w:p>
      <w:pPr>
        <w:pStyle w:val="ListNumber"/>
      </w:pPr>
      <w:r>
        <w:t>Remplissez les informations des parties, l'objet, les engagements, la durée et les clauses de résiliation.</w:t>
      </w:r>
    </w:p>
    <w:p>
      <w:pPr>
        <w:pStyle w:val="ListNumber"/>
      </w:pPr>
      <w:r>
        <w:t>Relisez attentivement et faites valider par les deux parties.</w:t>
      </w:r>
    </w:p>
    <w:p>
      <w:pPr>
        <w:pStyle w:val="ListNumber"/>
      </w:pPr>
      <w:r>
        <w:t>Signez et conservez une copie pour chaque partie.</w:t>
      </w:r>
    </w:p>
    <w:p>
      <w:pPr>
        <w:pStyle w:val="Heading1"/>
      </w:pPr>
      <w:r>
        <w:t>Aperçu du document</w:t>
      </w:r>
    </w:p>
    <w:p>
      <w:r>
        <w:t>Le modèle comprend : préambule, objet, engagements des parties, durée, conditions financières (si applicable), confidentialité, résiliation, litiges, et signatures.</w:t>
      </w:r>
    </w:p>
    <w:p>
      <w:pPr>
        <w:pStyle w:val="Heading1"/>
      </w:pPr>
      <w:r>
        <w:t>Instructions de personnalisation</w:t>
      </w:r>
    </w:p>
    <w:p>
      <w:r>
        <w:t>Remplacez les champs entre crochets par vos informations. Adaptez les clauses en fonction de la nature du partenariat. Si nécessaire, ajoutez des annexes pour détailler les actions.</w:t>
      </w:r>
    </w:p>
    <w:p>
      <w:pPr>
        <w:pStyle w:val="Heading1"/>
      </w:pPr>
      <w:r>
        <w:t>Conseils juridiques</w:t>
      </w:r>
    </w:p>
    <w:p>
      <w:r>
        <w:t>Assurez-vous que les engagements sont clairs et réalisables. Prévoyez des modalités de résiliation équitables. Si le partenariat implique des échanges de données, ajoutez une clause de confidentialité.</w:t>
      </w:r>
    </w:p>
    <w:p>
      <w:pPr>
        <w:pStyle w:val="Heading1"/>
      </w:pPr>
      <w:r>
        <w:t>Modèle prêt à adapter</w:t>
      </w:r>
    </w:p>
    <w:p>
      <w:r>
        <w:t>CONVENTION DE PARTENARIAT Entre les soussignés : La société [Nom de la société A], dont le siège social est situé [Adresse], immatriculée au RCS de [Ville] sous le numéro [Numéro], représentée par [Nom], en qualité de [Fonction], ci-après dénommée « Partie A », Et La société [Nom de la société B], dont le siège social est situé [Adresse], immatriculée au RCS de [Ville] sous le numéro [Numéro], représentée par [Nom], en qualité de [Fonction], ci-après dénommée « Partie B », Ensemble dénommées « les Parties ». Article 1 : Objet La présente convention a pour objet de définir les termes et conditions de la collaboration entre les Parties dans le cadre de [Décrire le projet]. Article 2 : Engagements des Parties - La Partie A s'engage à : [Décrire les obligations] - La Partie B s'engage à : [Décrire les obligations] Article 3 : Durée La présente convention est conclue pour une durée de [Durée] à compter de la date de signature. Elle pourra être renouvelée par accord écrit des Parties. Article 4 : Conditions financières Aucune contribution financière n'est prévue, sauf stipulation contraire : [Préciser si des paiements sont dus] Article 5 : Confidentialité Les Parties s'engagent à garder confidentielles les informations échangées dans le cadre de cette convention. Article 6 : Résiliation Chaque partie peut résilier la présente convention par lettre recommandée avec accusé de réception, moyennant un préavis de [Nombre] jours. Article 7 : Litiges Tout litige relatif à la présente convention sera soumis aux tribunaux compétents de [Ville]. Fait à [Ville], le [Date] Pour la Partie A : [Nom] - Signature Pour la Partie B : [Nom] - Signature</w:t>
      </w:r>
    </w:p>
    <w:p>
      <w:pPr>
        <w:pStyle w:val="Heading1"/>
      </w:pPr>
      <w:r>
        <w:t>Checklist</w:t>
      </w:r>
    </w:p>
    <w:p>
      <w:r>
        <w:t>☐ Vérifier l'identité et les coordonnées des parties</w:t>
      </w:r>
    </w:p>
    <w:p>
      <w:r>
        <w:t>☐ Définir clairement l'objet du partenariat</w:t>
      </w:r>
    </w:p>
    <w:p>
      <w:r>
        <w:t>☐ Préciser les engagements de chaque partie</w:t>
      </w:r>
    </w:p>
    <w:p>
      <w:r>
        <w:t>☐ Indiquer la durée et les conditions de renouvellement</w:t>
      </w:r>
    </w:p>
    <w:p>
      <w:r>
        <w:t>☐ Prévoir les modalités de résiliation</w:t>
      </w:r>
    </w:p>
    <w:p>
      <w:r>
        <w:t>☐ Inclure une clause de confidentialité si nécessaire</w:t>
      </w:r>
    </w:p>
    <w:p>
      <w:r>
        <w:t>☐ Faire relire par un conseil juridique</w:t>
      </w:r>
    </w:p>
    <w:p>
      <w:r>
        <w:t>☐ Signer en deux exemplaires originaux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une convention de partenariat et un contrat commercial ?</w:t>
      </w:r>
    </w:p>
    <w:p>
      <w:r>
        <w:t>Une convention de partenariat est souvent plus souple et axée sur la collaboration, tandis qu'un contrat commercial est plus formel et encadre des prestations spécifiques. Le choix dépend de l'objectif.</w:t>
      </w:r>
    </w:p>
    <w:p>
      <w:r>
        <w:rPr>
          <w:b/>
        </w:rPr>
        <w:t>Dois-je faire enregistrer la convention ?</w:t>
      </w:r>
    </w:p>
    <w:p>
      <w:r>
        <w:t>L'enregistrement n'est pas obligatoire en général, mais il peut être utile pour donner une date certaine. Consultez un professionnel du droit.</w:t>
      </w:r>
    </w:p>
    <w:p>
      <w:r>
        <w:rPr>
          <w:b/>
        </w:rPr>
        <w:t>Ce modèle est-il adapté à un partenariat international ?</w:t>
      </w:r>
    </w:p>
    <w:p>
      <w:r>
        <w:t>Non, ce modèle est conçu pour un contexte français. Pour un partenariat international, il faudra adapter les clauses et vérifier les règles applicables.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