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Contrat de Sous-Traitance PDF à Télécharger</w:t>
      </w:r>
    </w:p>
    <w:p>
      <w:r>
        <w:t>Téléchargez gratuitement notre modèle de contrat de sous-traitance en PDF. Ce document prêt à remplir couvre les clauses essentielles pour formaliser votre relation avec un sous-traitant : parties, objet, durée, prix, obligations, confidentialité et résiliation.</w:t>
      </w:r>
    </w:p>
    <w:p>
      <w:r>
        <w:rPr>
          <w:b/>
        </w:rPr>
        <w:t>Ce modèle est fourni à titre d'exemple et ne constitue pas un conseil juridique. Il est recommandé de faire valider le contrat par un avocat ou un juriste spécialisé avant toute utilisation.</w:t>
      </w:r>
    </w:p>
    <w:p>
      <w:pPr>
        <w:pStyle w:val="Heading1"/>
      </w:pPr>
      <w:r>
        <w:t>Mode d'emploi</w:t>
      </w:r>
    </w:p>
    <w:p>
      <w:pPr>
        <w:pStyle w:val="ListNumber"/>
      </w:pPr>
      <w:r>
        <w:t>Téléchargez le PDF via le bouton ci-dessous.</w:t>
      </w:r>
    </w:p>
    <w:p>
      <w:pPr>
        <w:pStyle w:val="ListNumber"/>
      </w:pPr>
      <w:r>
        <w:t>Remplissez les informations demandées : noms, coordonnées, dates, montants.</w:t>
      </w:r>
    </w:p>
    <w:p>
      <w:pPr>
        <w:pStyle w:val="ListNumber"/>
      </w:pPr>
      <w:r>
        <w:t>Personnalisez les clauses selon votre activité et les spécificités du projet.</w:t>
      </w:r>
    </w:p>
    <w:p>
      <w:pPr>
        <w:pStyle w:val="ListNumber"/>
      </w:pPr>
      <w:r>
        <w:t>Faites relire le contrat par un professionnel du droit si nécessaire.</w:t>
      </w:r>
    </w:p>
    <w:p>
      <w:pPr>
        <w:pStyle w:val="ListNumber"/>
      </w:pPr>
      <w:r>
        <w:t>Faites signer le document par les deux parties.</w:t>
      </w:r>
    </w:p>
    <w:p>
      <w:pPr>
        <w:pStyle w:val="Heading1"/>
      </w:pPr>
      <w:r>
        <w:t>Clauses essentielles du contrat</w:t>
      </w:r>
    </w:p>
    <w:p>
      <w:r>
        <w:t>Le modèle inclut : l'identification des parties, l'objet de la sous-traitance (description précise des prestations), la durée et les conditions de renouvellement, le prix et les modalités de paiement, les obligations de chaque partie (qualité, délais, moyens), la confidentialité, les conditions de résiliation, et la loi applicable.</w:t>
      </w:r>
    </w:p>
    <w:p>
      <w:pPr>
        <w:pStyle w:val="Heading1"/>
      </w:pPr>
      <w:r>
        <w:t>Comment personnaliser le modèle</w:t>
      </w:r>
    </w:p>
    <w:p>
      <w:r>
        <w:t>Adaptez chaque clause à votre situation. Par exemple, définissez clairement les livrables attendus, les pénalités de retard, et les modalités de règlement des litiges. N'oubliez pas d'indiquer les coordonnées complètes des parties et de signer en deux exemplaires.</w:t>
      </w:r>
    </w:p>
    <w:p>
      <w:pPr>
        <w:pStyle w:val="Heading1"/>
      </w:pPr>
      <w:r>
        <w:t>Modèle prêt à adapter</w:t>
      </w:r>
    </w:p>
    <w:p>
      <w:r>
        <w:t>CONTRAT DE SOUS-TRAITANCE Entre les soussignés : Le donneur d'ordre : [Nom de la société], [Forme juridique], au capital de [Montant] €, dont le siège social est [Adresse], immatriculée au RCS de [Ville] sous le numéro [Numéro], représentée par [Nom du représentant], agissant en qualité de [Fonction], ci-après dénommée « le Donneur d'ordre », Et Le sous-traitant : [Nom de la société], [Forme juridique], au capital de [Montant] €, dont le siège social est [Adresse], immatriculée au RCS de [Ville] sous le numéro [Numéro], représentée par [Nom du représentant], agissant en qualité de [Fonction], ci-après dénommé « le Sous-traitant », Il a été convenu ce qui suit : Article 1 – Objet Le présent contrat a pour objet de définir les conditions dans lesquelles le Sous-traitant réalise pour le Donneur d'ordre les prestations suivantes : [Description détaillée des travaux ou services]. Article 2 – Durée Le contrat est conclu pour une durée de [Durée] à compter du [Date de début]. Il pourra être renouvelé par accord écrit des parties. Article 3 – Prix et modalités de paiement Le prix des prestations est fixé à [Montant] € HT, payable selon les modalités suivantes : [Détail des échéances]. Le paiement sera effectué par virement bancaire sur le compte du Sous-traitant. Article 4 – Obligations du Sous-traitant Le Sous-traitant s'engage à exécuter les prestations avec diligence et professionnalisme, dans le respect des délais convenus et des normes en vigueur. Il fournira les moyens nécessaires et assurera la qualité des travaux. Article 5 – Obligations du Donneur d'ordre Le Donneur d'ordre s'engage à fournir au Sous-traitant toutes les informations et accès nécessaires à la réalisation des prestations, ainsi qu'à payer le prix convenu dans les conditions prévues. Article 6 – Confidentialité Chaque partie s'engage à garder confidentielles les informations dont elle aura connaissance à l'occasion de l'exécution du contrat, et à ne pas les divulguer à des tiers sans accord écrit préalable. Article 7 – Résiliation En cas de manquement grave par l'une des parties à ses obligations, l'autre partie pourra résilier le contrat par lettre recommandée avec accusé de réception, sans préjudice de dommages-intérêts. Article 8 – Loi applicable et litiges Le présent contrat est soumis à la loi française. Tout litige relatif à son interprétation ou à son exécution sera soumis aux tribunaux compétents de [Ville]. Fait à [Ville], le [Date]. En deux exemplaires originaux. Pour le Donneur d'ordre : [Signature] Pour le Sous-traitant : [Signature]</w:t>
      </w:r>
    </w:p>
    <w:p>
      <w:pPr>
        <w:pStyle w:val="Heading1"/>
      </w:pPr>
      <w:r>
        <w:t>Checklist</w:t>
      </w:r>
    </w:p>
    <w:p>
      <w:r>
        <w:t>☐ Identifier correctement les deux parties (raison sociale, adresse, représentant)</w:t>
      </w:r>
    </w:p>
    <w:p>
      <w:r>
        <w:t>☐ Décrire précisément l'objet de la sous-traitance</w:t>
      </w:r>
    </w:p>
    <w:p>
      <w:r>
        <w:t>☐ Définir la durée et les conditions de renouvellement</w:t>
      </w:r>
    </w:p>
    <w:p>
      <w:r>
        <w:t>☐ Fixer le prix HT et les modalités de paiement</w:t>
      </w:r>
    </w:p>
    <w:p>
      <w:r>
        <w:t>☐ Préciser les obligations de chaque partie</w:t>
      </w:r>
    </w:p>
    <w:p>
      <w:r>
        <w:t>☐ Inclure une clause de confidentialité</w:t>
      </w:r>
    </w:p>
    <w:p>
      <w:r>
        <w:t>☐ Prévoir les conditions de résiliation</w:t>
      </w:r>
    </w:p>
    <w:p>
      <w:r>
        <w:t>☐ Indiquer la loi applicable et la juridiction compétente</w:t>
      </w:r>
    </w:p>
    <w:p>
      <w:r>
        <w:t>☐ Faire signer les deux parties et dater le contrat</w:t>
      </w:r>
    </w:p>
    <w:p>
      <w:pPr>
        <w:pStyle w:val="Heading1"/>
      </w:pPr>
      <w:r>
        <w:t>Questions fréquentes</w:t>
      </w:r>
    </w:p>
    <w:p>
      <w:r>
        <w:rPr>
          <w:b/>
        </w:rPr>
        <w:t>Ce modèle de contrat est-il juridiquement valable ?</w:t>
      </w:r>
    </w:p>
    <w:p>
      <w:r>
        <w:t>Ce modèle est un exemple générique. Il peut servir de base, mais il doit être adapté à votre situation et validé par un professionnel du droit pour garantir sa conformité avec la législation en vigueur et votre activité.</w:t>
      </w:r>
    </w:p>
    <w:p>
      <w:r>
        <w:rPr>
          <w:b/>
        </w:rPr>
        <w:t>Quelles sont les clauses indispensables dans un contrat de sous-traitance ?</w:t>
      </w:r>
    </w:p>
    <w:p>
      <w:r>
        <w:t>Les clauses essentielles sont : l'identification des parties, l'objet précis, la durée, le prix et les modalités de paiement, les obligations de chaque partie, la confidentialité, les conditions de résiliation et la loi applicable. Selon le secteur, d'autres clauses peuvent être nécessaires (assurance, propriété intellectuelle, etc.).</w:t>
      </w:r>
    </w:p>
    <w:p>
      <w:r>
        <w:rPr>
          <w:b/>
        </w:rPr>
        <w:t>Puis-je utiliser ce modèle pour une sous-traitance dans le BTP ?</w:t>
      </w:r>
    </w:p>
    <w:p>
      <w:r>
        <w:t>Oui, ce modèle peut convenir, mais le BTP a des spécificités légales (loi Spinetta, garanties, etc.). Il est fortement recommandé de consulter un avocat spécialisé pour adapter le contrat aux obligations du secteur.</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