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Compte Rendu de Réunion à Télécharger (Word)</w:t>
      </w:r>
    </w:p>
    <w:p>
      <w:r>
        <w:t>Rédigez des comptes rendus de réunion clairs et professionnels grâce à notre modèle Word prêt à l'emploi. Ce modèle structuré vous aide à capturer les points essentiels, les décisions et les actions à suivre, pour une meilleure productivité en équipe.</w:t>
      </w:r>
    </w:p>
    <w:p>
      <w:r>
        <w:rPr>
          <w:b/>
        </w:rPr>
        <w:t>Ce modèle est fourni à titre d'exemple. Adaptez-le à votre contexte et à vos besoins. Pour des situations juridiques ou sensibles, faites valider par un professionnel.</w:t>
      </w:r>
    </w:p>
    <w:p>
      <w:pPr>
        <w:pStyle w:val="Heading1"/>
      </w:pPr>
      <w:r>
        <w:t>Mode d'emploi</w:t>
      </w:r>
    </w:p>
    <w:p>
      <w:pPr>
        <w:pStyle w:val="ListNumber"/>
      </w:pPr>
      <w:r>
        <w:t>Téléchargez le modèle Word.</w:t>
      </w:r>
    </w:p>
    <w:p>
      <w:pPr>
        <w:pStyle w:val="ListNumber"/>
      </w:pPr>
      <w:r>
        <w:t>Ouvrez-le dans Microsoft Word ou un logiciel compatible.</w:t>
      </w:r>
    </w:p>
    <w:p>
      <w:pPr>
        <w:pStyle w:val="ListNumber"/>
      </w:pPr>
      <w:r>
        <w:t>Remplissez les informations de base : date, lieu, objet de la réunion.</w:t>
      </w:r>
    </w:p>
    <w:p>
      <w:pPr>
        <w:pStyle w:val="ListNumber"/>
      </w:pPr>
      <w:r>
        <w:t>Listez les participants et les absents.</w:t>
      </w:r>
    </w:p>
    <w:p>
      <w:pPr>
        <w:pStyle w:val="ListNumber"/>
      </w:pPr>
      <w:r>
        <w:t>Notez l'ordre du jour et les points discutés.</w:t>
      </w:r>
    </w:p>
    <w:p>
      <w:pPr>
        <w:pStyle w:val="ListNumber"/>
      </w:pPr>
      <w:r>
        <w:t>Inscrivez les décisions prises et les actions à mener avec responsables et échéances.</w:t>
      </w:r>
    </w:p>
    <w:p>
      <w:pPr>
        <w:pStyle w:val="ListNumber"/>
      </w:pPr>
      <w:r>
        <w:t>Relisez et envoyez le compte rendu aux participants.</w:t>
      </w:r>
    </w:p>
    <w:p>
      <w:pPr>
        <w:pStyle w:val="Heading1"/>
      </w:pPr>
      <w:r>
        <w:t>Structure du compte rendu</w:t>
      </w:r>
    </w:p>
    <w:p>
      <w:r>
        <w:t>Notre modèle inclut toutes les sections essentielles : en-tête avec date et objet, liste des participants, ordre du jour, compte rendu détaillé (points discutés, décisions), plan d'action (tâches, responsables, délais), et prochaines étapes. Cette structure garantit que rien ne soit oublié.</w:t>
      </w:r>
    </w:p>
    <w:p>
      <w:pPr>
        <w:pStyle w:val="Heading1"/>
      </w:pPr>
      <w:r>
        <w:t>Conseils pour une rédaction efficace</w:t>
      </w:r>
    </w:p>
    <w:p>
      <w:r>
        <w:t>Utilisez un langage clair et concis. Privilégiez les phrases courtes. Notez les décisions de manière explicite. Assignez chaque action à une personne précise avec une échéance réaliste. Relisez le document avant de le diffuser pour éviter les erreurs.</w:t>
      </w:r>
    </w:p>
    <w:p>
      <w:pPr>
        <w:pStyle w:val="Heading1"/>
      </w:pPr>
      <w:r>
        <w:t>Modèle prêt à adapter</w:t>
      </w:r>
    </w:p>
    <w:p>
      <w:r>
        <w:t>COMPTE RENDU DE RÉUNION Date : [Date] Lieu : [Lieu] Objet : [Objet de la réunion] Président de séance : [Nom] Secrétaire de séance : [Nom] Participants : - [Nom] - [Nom] - [Nom] Absents : - [Nom] Ordre du jour : 1. [Point 1] 2. [Point 2] 3. [Point 3] Déroulement de la réunion : 1. [Point 1] : [Résumé des échanges] Décision : [Décision] 2. [Point 2] : [Résumé des échanges] Décision : [Décision] 3. [Point 3] : [Résumé des échanges] Décision : [Décision] Plan d'action : | Action | Responsable | Échéance | |--------|-------------|----------| | [Action 1] | [Nom] | [Date] | | [Action 2] | [Nom] | [Date] | | [Action 3] | [Nom] | [Date] | Prochaines étapes : - [Étape 1] - [Étape 2] Prochaine réunion : [Date] Rédigé par : [Nom] Date de diffusion : [Date]</w:t>
      </w:r>
    </w:p>
    <w:p>
      <w:pPr>
        <w:pStyle w:val="Heading1"/>
      </w:pPr>
      <w:r>
        <w:t>Checklist</w:t>
      </w:r>
    </w:p>
    <w:p>
      <w:r>
        <w:t>☐ Avoir téléchargé le modèle Word</w:t>
      </w:r>
    </w:p>
    <w:p>
      <w:r>
        <w:t>☐ Remplir la date, le lieu et l'objet</w:t>
      </w:r>
    </w:p>
    <w:p>
      <w:r>
        <w:t>☐ Lister tous les participants et absents</w:t>
      </w:r>
    </w:p>
    <w:p>
      <w:r>
        <w:t>☐ Détailler l'ordre du jour</w:t>
      </w:r>
    </w:p>
    <w:p>
      <w:r>
        <w:t>☐ Noter les points discutés et les décisions</w:t>
      </w:r>
    </w:p>
    <w:p>
      <w:r>
        <w:t>☐ Définir un plan d'action avec responsables et échéances</w:t>
      </w:r>
    </w:p>
    <w:p>
      <w:r>
        <w:t>☐ Prévoir les prochaines étapes</w:t>
      </w:r>
    </w:p>
    <w:p>
      <w:r>
        <w:t>☐ Relire et corriger avant diffusion</w:t>
      </w:r>
    </w:p>
    <w:p>
      <w:pPr>
        <w:pStyle w:val="Heading1"/>
      </w:pPr>
      <w:r>
        <w:t>Questions fréquentes</w:t>
      </w:r>
    </w:p>
    <w:p>
      <w:r>
        <w:rPr>
          <w:b/>
        </w:rPr>
        <w:t>Puis-je utiliser ce modèle pour des réunions informelles ?</w:t>
      </w:r>
    </w:p>
    <w:p>
      <w:r>
        <w:t>Oui, ce modèle est flexible. Pour une réunion informelle, vous pouvez simplifier certaines sections, mais gardez l'essentiel : participants, décisions et actions.</w:t>
      </w:r>
    </w:p>
    <w:p>
      <w:r>
        <w:rPr>
          <w:b/>
        </w:rPr>
        <w:t>Comment envoyer le compte rendu ?</w:t>
      </w:r>
    </w:p>
    <w:p>
      <w:r>
        <w:t>Vous pouvez l'envoyer par e-mail en pièce jointe ou utiliser un outil de partage en ligne. Assurez-vous que tous les participants le reçoivent rapidement après la réunion.</w:t>
      </w:r>
    </w:p>
    <w:p>
      <w:r>
        <w:rPr>
          <w:b/>
        </w:rPr>
        <w:t>Ce modèle est-il adapté aux réunions à distance ?</w:t>
      </w:r>
    </w:p>
    <w:p>
      <w:r>
        <w:t>Oui, il convient parfaitement. Ajoutez simplement la mention 'réunion en ligne' et indiquez le lien de visioconférence si nécessaire.</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