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Compte Rendu de Réunion à Télécharger</w:t>
      </w:r>
    </w:p>
    <w:p>
      <w:r>
        <w:t>Ce modèle de compte rendu de réunion vous aide à structurer vos comptes rendus de manière claire et professionnelle. Il inclut les sections essentielles : informations de la réunion, ordre du jour, points discutés, décisions prises et actions à suivre. Téléchargez-le et adaptez-le à chaque réunion.</w:t>
      </w:r>
    </w:p>
    <w:p>
      <w:r>
        <w:rPr>
          <w:b/>
        </w:rPr>
        <w:t>Ce modèle est fourni à titre d'exemple. Il ne remplace pas les méthodes de votre organisation. Adaptez-le à votre contexte et assurez-vous que les informations sont exactes avant diffusion.</w:t>
      </w:r>
    </w:p>
    <w:p>
      <w:pPr>
        <w:pStyle w:val="Heading1"/>
      </w:pPr>
      <w:r>
        <w:t>Mode d'emploi</w:t>
      </w:r>
    </w:p>
    <w:p>
      <w:pPr>
        <w:pStyle w:val="ListNumber"/>
      </w:pPr>
      <w:r>
        <w:t>Téléchargez le fichier Word ou PDF ci-dessous.</w:t>
      </w:r>
    </w:p>
    <w:p>
      <w:pPr>
        <w:pStyle w:val="ListNumber"/>
      </w:pPr>
      <w:r>
        <w:t>Ouvrez le fichier dans votre logiciel de traitement de texte.</w:t>
      </w:r>
    </w:p>
    <w:p>
      <w:pPr>
        <w:pStyle w:val="ListNumber"/>
      </w:pPr>
      <w:r>
        <w:t>Remplissez les informations de la réunion : date, lieu, participants, etc.</w:t>
      </w:r>
    </w:p>
    <w:p>
      <w:pPr>
        <w:pStyle w:val="ListNumber"/>
      </w:pPr>
      <w:r>
        <w:t>Notez l'ordre du jour et les points discutés en suivant le modèle.</w:t>
      </w:r>
    </w:p>
    <w:p>
      <w:pPr>
        <w:pStyle w:val="ListNumber"/>
      </w:pPr>
      <w:r>
        <w:t>Identifiez clairement les décisions prises et les actions à suivre avec responsables et échéances.</w:t>
      </w:r>
    </w:p>
    <w:p>
      <w:pPr>
        <w:pStyle w:val="ListNumber"/>
      </w:pPr>
      <w:r>
        <w:t>Relisez et corrigez avant d'envoyer aux participants.</w:t>
      </w:r>
    </w:p>
    <w:p>
      <w:pPr>
        <w:pStyle w:val="Heading1"/>
      </w:pPr>
      <w:r>
        <w:t>Structure du modèle</w:t>
      </w:r>
    </w:p>
    <w:p>
      <w:r>
        <w:t>Le modèle comprend : un en-tête avec les informations de la réunion (date, heure, lieu, objet), la liste des participants et absents, l'ordre du jour, le détail des points discutés, les décisions prises, et un tableau des actions à suivre avec responsable et échéance. Il se termine par les signatures.</w:t>
      </w:r>
    </w:p>
    <w:p>
      <w:pPr>
        <w:pStyle w:val="Heading1"/>
      </w:pPr>
      <w:r>
        <w:t>Conseils de rédaction</w:t>
      </w:r>
    </w:p>
    <w:p>
      <w:r>
        <w:t>Rédigez le compte rendu de manière concise et objective. Utilisez des verbes d'action pour les décisions. Attribuez chaque action à une personne précise avec une date limite. Relisez pour éviter les erreurs et envoyez-le rapidement après la réunion.</w:t>
      </w:r>
    </w:p>
    <w:p>
      <w:pPr>
        <w:pStyle w:val="Heading1"/>
      </w:pPr>
      <w:r>
        <w:t>Modèle prêt à adapter</w:t>
      </w:r>
    </w:p>
    <w:p>
      <w:r>
        <w:t>COMPTE RENDU DE RÉUNION [Logo de l'entreprise] Date : [Date] Heure : [Heure début] - [Heure fin] Lieu : [Lieu] Objet : [Objet de la réunion] Présent(e)s : [Liste des participants] Absent(e)s : [Liste des absents] Rédacteur/trice : [Nom] --- 1. ORDRE DU JOUR 1. [Point 1] 2. [Point 2] 3. [Point 3] --- 2. POINTS DISCUTÉS 2.1. [Point 1] - Discussion : [Résumé des échanges] - Décision : [Décision prise] 2.2. [Point 2] - Discussion : [Résumé des échanges] - Décision : [Décision prise] 2.3. [Point 3] - Discussion : [Résumé des échanges] - Décision : [Décision prise] --- 3. DÉCISIONS PRISES - [Décision 1] - [Décision 2] - [Décision 3] --- 4. ACTIONS À SUIVRE | Action | Responsable | Échéance | |--------|-------------|----------| | [Action 1] | [Nom] | [Date] | | [Action 2] | [Nom] | [Date] | | [Action 3] | [Nom] | [Date] | --- 5. PROCHAINE RÉUNION Date : [Date] Heure : [Heure] Lieu : [Lieu] --- Signatures : [Signature du rédacteur] [Signature du responsable]</w:t>
      </w:r>
    </w:p>
    <w:p>
      <w:pPr>
        <w:pStyle w:val="Heading1"/>
      </w:pPr>
      <w:r>
        <w:t>Checklist</w:t>
      </w:r>
    </w:p>
    <w:p>
      <w:r>
        <w:t>☐ Indiquer la date, l'heure, le lieu et l'objet de la réunion</w:t>
      </w:r>
    </w:p>
    <w:p>
      <w:r>
        <w:t>☐ Lister les participants présents et absents</w:t>
      </w:r>
    </w:p>
    <w:p>
      <w:r>
        <w:t>☐ Reprendre l'ordre du jour</w:t>
      </w:r>
    </w:p>
    <w:p>
      <w:r>
        <w:t>☐ Résumer les points discutés et les décisions prises</w:t>
      </w:r>
    </w:p>
    <w:p>
      <w:r>
        <w:t>☐ Définir les actions à suivre avec responsable et échéance</w:t>
      </w:r>
    </w:p>
    <w:p>
      <w:r>
        <w:t>☐ Prévoir la date de la prochaine réunion</w:t>
      </w:r>
    </w:p>
    <w:p>
      <w:r>
        <w:t>☐ Faire signer le compte rendu par le rédacteur et le responsable</w:t>
      </w:r>
    </w:p>
    <w:p>
      <w:pPr>
        <w:pStyle w:val="Heading1"/>
      </w:pPr>
      <w:r>
        <w:t>Questions fréquentes</w:t>
      </w:r>
    </w:p>
    <w:p>
      <w:r>
        <w:rPr>
          <w:b/>
        </w:rPr>
        <w:t>Quelle est la différence entre un compte rendu et un procès-verbal ?</w:t>
      </w:r>
    </w:p>
    <w:p>
      <w:r>
        <w:t>Le compte rendu est un document synthétique qui relate les discussions et décisions d'une réunion, tandis que le procès-verbal est un document plus formel et détaillé, souvent utilisé dans les assemblées générales ou les conseils d'administration. Le compte rendu est plus courant pour les réunions de travail.</w:t>
      </w:r>
    </w:p>
    <w:p>
      <w:r>
        <w:rPr>
          <w:b/>
        </w:rPr>
        <w:t>Doit-on envoyer le compte rendu à tous les participants ?</w:t>
      </w:r>
    </w:p>
    <w:p>
      <w:r>
        <w:t>Oui, il est recommandé d'envoyer le compte rendu à tous les participants et aux personnes concernées, même absentes. Cela permet de garder une trace écrite et de s'assurer que chacun est informé des décisions et actions.</w:t>
      </w:r>
    </w:p>
    <w:p>
      <w:r>
        <w:rPr>
          <w:b/>
        </w:rPr>
        <w:t>Comment gérer les désaccords lors de la rédaction du compte rendu ?</w:t>
      </w:r>
    </w:p>
    <w:p>
      <w:r>
        <w:t>Il est important de rester neutre et objectif. Notez les différents points de vue et les décisions finales. Si nécessaire, faites valider le compte rendu par les personnes concernées avant diffusion.</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