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Commentaire Booking à Télécharger (Word/PDF)</w:t>
      </w:r>
    </w:p>
    <w:p>
      <w:r>
        <w:t>Ce modèle de commentaire Booking vous permet de rédiger facilement un avis clair et utile après votre séjour. Téléchargez-le, personnalisez-le selon votre expérience et partagez-le sur la plateforme.</w:t>
      </w:r>
    </w:p>
    <w:p>
      <w:r>
        <w:rPr>
          <w:b/>
        </w:rPr>
        <w:t>Ce modèle est fourni à titre d'exemple. Assurez-vous de respecter les règles de publication de Booking et de rester honnête dans votre évaluation.</w:t>
      </w:r>
    </w:p>
    <w:p>
      <w:pPr>
        <w:pStyle w:val="Heading1"/>
      </w:pPr>
      <w:r>
        <w:t>Mode d'emploi</w:t>
      </w:r>
    </w:p>
    <w:p>
      <w:pPr>
        <w:pStyle w:val="ListNumber"/>
      </w:pPr>
      <w:r>
        <w:t>Téléchargez le fichier Word ou PDF sur votre appareil.</w:t>
      </w:r>
    </w:p>
    <w:p>
      <w:pPr>
        <w:pStyle w:val="ListNumber"/>
      </w:pPr>
      <w:r>
        <w:t>Ouvrez le fichier avec un traitement de texte ou un lecteur PDF.</w:t>
      </w:r>
    </w:p>
    <w:p>
      <w:pPr>
        <w:pStyle w:val="ListNumber"/>
      </w:pPr>
      <w:r>
        <w:t>Remplacez les champs entre crochets par vos informations.</w:t>
      </w:r>
    </w:p>
    <w:p>
      <w:pPr>
        <w:pStyle w:val="ListNumber"/>
      </w:pPr>
      <w:r>
        <w:t>Personnalisez les commentaires en fonction de votre séjour.</w:t>
      </w:r>
    </w:p>
    <w:p>
      <w:pPr>
        <w:pStyle w:val="ListNumber"/>
      </w:pPr>
      <w:r>
        <w:t>Copiez le texte final et collez-le dans le formulaire d'avis sur Booking.</w:t>
      </w:r>
    </w:p>
    <w:p>
      <w:pPr>
        <w:pStyle w:val="Heading1"/>
      </w:pPr>
      <w:r>
        <w:t>Structure du modèle</w:t>
      </w:r>
    </w:p>
    <w:p>
      <w:r>
        <w:t>Le modèle comprend des sections pour : l'emplacement, la propreté, le personnel, les équipements, le rapport qualité-prix, et une appréciation globale. Chaque section propose des formulations positives et constructives, avec des exemples pour différents types de voyage (affaires, famille, couple).</w:t>
      </w:r>
    </w:p>
    <w:p>
      <w:pPr>
        <w:pStyle w:val="Heading1"/>
      </w:pPr>
      <w:r>
        <w:t>Conseils pour un avis efficace</w:t>
      </w:r>
    </w:p>
    <w:p>
      <w:r>
        <w:t>Soyez précis et donnez des exemples concrets. Mentionnez les points positifs et les points à améliorer de manière constructive. Évitez les généralités. Votre avis aide les autres voyageurs et les hôtes.</w:t>
      </w:r>
    </w:p>
    <w:p>
      <w:pPr>
        <w:pStyle w:val="Heading1"/>
      </w:pPr>
      <w:r>
        <w:t>Modèle prêt à adapter</w:t>
      </w:r>
    </w:p>
    <w:p>
      <w:r>
        <w:t>Titre : [Titre accrocheur, ex : Excellent séjour en plein centre] Note globale : [Note sur 10] Emplacement : [Exemple : L'hôtel est idéalement situé à quelques minutes à pied du centre-ville. Nous avons pu visiter les principaux sites sans utiliser les transports.] Propreté : [Exemple : La chambre était impeccable, la literie propre et confortable. Le ménage a été fait tous les jours.] Personnel : [Exemple : Le personnel a été très accueillant et disponible. Ils nous ont donné de bons conseils pour les restaurants.] Équipements : [Exemple : Le Wi-Fi fonctionnait bien, la climatisation était silencieuse. La salle de bain était moderne avec une bonne pression d'eau.] Rapport qualité-prix : [Exemple : Le prix est raisonnable pour la qualité offerte, surtout en basse saison.] Appréciation globale : [Exemple : Je recommande vivement cet hôtel pour un séjour en couple. Nous reviendrons certainement.]</w:t>
      </w:r>
    </w:p>
    <w:p>
      <w:pPr>
        <w:pStyle w:val="Heading1"/>
      </w:pPr>
      <w:r>
        <w:t>Checklist</w:t>
      </w:r>
    </w:p>
    <w:p>
      <w:r>
        <w:t>☐ J'ai téléchargé le modèle.</w:t>
      </w:r>
    </w:p>
    <w:p>
      <w:r>
        <w:t>☐ J'ai personnalisé chaque section avec mes propres mots.</w:t>
      </w:r>
    </w:p>
    <w:p>
      <w:r>
        <w:t>☐ J'ai inclus des détails spécifiques sur mon expérience.</w:t>
      </w:r>
    </w:p>
    <w:p>
      <w:r>
        <w:t>☐ J'ai vérifié l'orthographe et la grammaire.</w:t>
      </w:r>
    </w:p>
    <w:p>
      <w:r>
        <w:t>☐ J'ai respecté les règles de Booking (pas de propos diffamatoires, etc.).</w:t>
      </w:r>
    </w:p>
    <w:p>
      <w:r>
        <w:t>☐ J'ai copié le texte final dans le formulaire d'avis.</w:t>
      </w:r>
    </w:p>
    <w:p>
      <w:pPr>
        <w:pStyle w:val="Heading1"/>
      </w:pPr>
      <w:r>
        <w:t>Questions fréquentes</w:t>
      </w:r>
    </w:p>
    <w:p>
      <w:r>
        <w:rPr>
          <w:b/>
        </w:rPr>
        <w:t>Puis-je utiliser ce modèle pour un avis négatif ?</w:t>
      </w:r>
    </w:p>
    <w:p>
      <w:r>
        <w:t>Oui, vous pouvez adapter le modèle pour exprimer des points négatifs de manière constructive. Par exemple, au lieu de dire 'l'hôtel était sale', dites 'la propreté pourrait être améliorée, notamment dans la salle de bain'.</w:t>
      </w:r>
    </w:p>
    <w:p>
      <w:r>
        <w:rPr>
          <w:b/>
        </w:rPr>
        <w:t>Ce modèle convient-il pour tous les types d'hébergement ?</w:t>
      </w:r>
    </w:p>
    <w:p>
      <w:r>
        <w:t>Oui, le modèle est générique et peut être adapté à un hôtel, une chambre d'hôtes, un appartement, etc. Modifiez les sections selon les équipements disponibles.</w:t>
      </w:r>
    </w:p>
    <w:p>
      <w:r>
        <w:rPr>
          <w:b/>
        </w:rPr>
        <w:t>Comment faire pour que mon avis soit utile aux autres voyageurs ?</w:t>
      </w:r>
    </w:p>
    <w:p>
      <w:r>
        <w:t>Soyez précis et honnête. Donnez des exemples concrets, mentionnez les aspects qui peuvent influencer le choix (calme, localisation, parking, etc.). Évitez les jugements subjectifs sans explication.</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