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Certificat de Conformité : Télécharger en Word/PDF</w:t>
      </w:r>
    </w:p>
    <w:p>
      <w:r>
        <w:t>Ce modèle de certificat de conformité vous aide à attester que vos produits respectent les normes applicables. Personnalisez-le facilement et utilisez-le pour vos démarches professionnelles.</w:t>
      </w:r>
    </w:p>
    <w:p>
      <w:r>
        <w:rPr>
          <w:b/>
        </w:rPr>
        <w:t>Ce document est un modèle générique à titre d'exemple. Il ne constitue pas un avis juridique. Adaptez-le à votre secteur et faites-le valider par un professionnel compétent si nécessaire.</w:t>
      </w:r>
    </w:p>
    <w:p>
      <w:pPr>
        <w:pStyle w:val="Heading1"/>
      </w:pPr>
      <w:r>
        <w:t>Mode d'emploi</w:t>
      </w:r>
    </w:p>
    <w:p>
      <w:pPr>
        <w:pStyle w:val="ListNumber"/>
      </w:pPr>
      <w:r>
        <w:t>Téléchargez le modèle Word ou PDF.</w:t>
      </w:r>
    </w:p>
    <w:p>
      <w:pPr>
        <w:pStyle w:val="ListNumber"/>
      </w:pPr>
      <w:r>
        <w:t>Remplacez les champs entre crochets par vos informations (nom de l'entreprise, produit, normes, etc.).</w:t>
      </w:r>
    </w:p>
    <w:p>
      <w:pPr>
        <w:pStyle w:val="ListNumber"/>
      </w:pPr>
      <w:r>
        <w:t>Faites vérifier le contenu par un responsable qualité ou un juriste.</w:t>
      </w:r>
    </w:p>
    <w:p>
      <w:pPr>
        <w:pStyle w:val="ListNumber"/>
      </w:pPr>
      <w:r>
        <w:t>Signez le document et apposez le cachet de votre entreprise.</w:t>
      </w:r>
    </w:p>
    <w:p>
      <w:pPr>
        <w:pStyle w:val="Heading1"/>
      </w:pPr>
      <w:r>
        <w:t>Mentions obligatoires</w:t>
      </w:r>
    </w:p>
    <w:p>
      <w:r>
        <w:t>Un certificat de conformité doit comporter au minimum : l'identification du fabricant ou de l'importateur, la désignation du produit, les références des normes ou réglementations appliquées, la date et le lieu d'émission, la signature du responsable. Selon le secteur, d'autres mentions peuvent être exigées.</w:t>
      </w:r>
    </w:p>
    <w:p>
      <w:pPr>
        <w:pStyle w:val="Heading1"/>
      </w:pPr>
      <w:r>
        <w:t>Conseils de rédaction</w:t>
      </w:r>
    </w:p>
    <w:p>
      <w:r>
        <w:t>Soyez précis sur les caractéristiques du produit et les normes de référence. Utilisez un langage clair et sans ambiguïté. Conservez une copie de chaque certificat émis pour votre traçabilité.</w:t>
      </w:r>
    </w:p>
    <w:p>
      <w:pPr>
        <w:pStyle w:val="Heading1"/>
      </w:pPr>
      <w:r>
        <w:t>Modèle prêt à adapter</w:t>
      </w:r>
    </w:p>
    <w:p>
      <w:r>
        <w:t>CERTIFICAT DE CONFORMITÉ Nous, soussignés : [Nom de l'entreprise] [Adresse complète] [Numéro SIREN] Déclarons que le produit désigné ci-dessous : Désignation : [Nom du produit] Référence / Modèle : [Référence] Lot / Numéro de série : [Numéro] Est conforme aux exigences des normes / réglementations suivantes : [Norme 1] [Norme 2] [Norme 3] Fait à [Ville], le [Date] Signature et cachet : [Nom et fonction du signataire] [Signature]</w:t>
      </w:r>
    </w:p>
    <w:p>
      <w:pPr>
        <w:pStyle w:val="Heading1"/>
      </w:pPr>
      <w:r>
        <w:t>Checklist</w:t>
      </w:r>
    </w:p>
    <w:p>
      <w:r>
        <w:t>☐ Nom et adresse du fabricant/importateur</w:t>
      </w:r>
    </w:p>
    <w:p>
      <w:r>
        <w:t>☐ Désignation précise du produit</w:t>
      </w:r>
    </w:p>
    <w:p>
      <w:r>
        <w:t>☐ Références des normes appliquées</w:t>
      </w:r>
    </w:p>
    <w:p>
      <w:r>
        <w:t>☐ Date d'émission</w:t>
      </w:r>
    </w:p>
    <w:p>
      <w:r>
        <w:t>☐ Signature du responsable</w:t>
      </w:r>
    </w:p>
    <w:p>
      <w:r>
        <w:t>☐ Cachet de l'entreprise</w:t>
      </w:r>
    </w:p>
    <w:p>
      <w:r>
        <w:t>☐ Numéro de lot ou de série</w:t>
      </w:r>
    </w:p>
    <w:p>
      <w:pPr>
        <w:pStyle w:val="Heading1"/>
      </w:pPr>
      <w:r>
        <w:t>Questions fréquentes</w:t>
      </w:r>
    </w:p>
    <w:p>
      <w:r>
        <w:rPr>
          <w:b/>
        </w:rPr>
        <w:t>Quelle est la différence entre un certificat de conformité et une déclaration de conformité ?</w:t>
      </w:r>
    </w:p>
    <w:p>
      <w:r>
        <w:t>Le certificat de conformité est souvent délivré par un tiers (organisme de certification) après des tests, tandis que la déclaration de conformité est un document établi par le fabricant lui-même. Les deux attestent la conformité du produit.</w:t>
      </w:r>
    </w:p>
    <w:p>
      <w:r>
        <w:rPr>
          <w:b/>
        </w:rPr>
        <w:t>Puis-je utiliser ce modèle pour tous les types de produits ?</w:t>
      </w:r>
    </w:p>
    <w:p>
      <w:r>
        <w:t>Ce modèle est générique. Pour des produits spécifiques (électriques, médicaux, jouets, etc.), des normes particulières s'appliquent. Adaptez le modèle en conséquence et faites-le valider.</w:t>
      </w:r>
    </w:p>
    <w:p>
      <w:r>
        <w:rPr>
          <w:b/>
        </w:rPr>
        <w:t>Dois-je faire enregistrer mon certificat de conformité auprès d'une autorité ?</w:t>
      </w:r>
    </w:p>
    <w:p>
      <w:r>
        <w:t>Cela dépend de la réglementation de votre secteur et de votre pays. Certains produits nécessitent un enregistrement préalable. Renseignez-vous auprès des autorités compétentes.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