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Catalogue Commercial (PDF) à Télécharger</w:t>
      </w:r>
    </w:p>
    <w:p>
      <w:r>
        <w:t>Ce modèle de catalogue commercial vous permet de présenter vos produits ou services de manière professionnelle et attrayante. Téléchargez-le au format PDF, personnalisez-le avec vos informations et vos visuels, puis partagez-le avec vos clients. Idéal pour les entreprises de toutes tailles.</w:t>
      </w:r>
    </w:p>
    <w:p>
      <w:r>
        <w:rPr>
          <w:b/>
        </w:rPr>
        <w:t>Ce modèle est un support de communication. Les informations que vous y inscrivez (prix, descriptions) doivent être exactes et conformes à votre offre. Vérifiez la législation sur la publicité et les prix avant diffusion.</w:t>
      </w:r>
    </w:p>
    <w:p>
      <w:pPr>
        <w:pStyle w:val="Heading1"/>
      </w:pPr>
      <w:r>
        <w:t>Mode d'emploi</w:t>
      </w:r>
    </w:p>
    <w:p>
      <w:pPr>
        <w:pStyle w:val="ListNumber"/>
      </w:pPr>
      <w:r>
        <w:t>Téléchargez le fichier PDF du modèle.</w:t>
      </w:r>
    </w:p>
    <w:p>
      <w:pPr>
        <w:pStyle w:val="ListNumber"/>
      </w:pPr>
      <w:r>
        <w:t>Ouvrez-le avec un logiciel de création PDF (Adobe InDesign, Canva, ou même Word en exportant en PDF).</w:t>
      </w:r>
    </w:p>
    <w:p>
      <w:pPr>
        <w:pStyle w:val="ListNumber"/>
      </w:pPr>
      <w:r>
        <w:t>Personnalisez la page de garde avec votre logo, le nom de votre entreprise et le titre du catalogue.</w:t>
      </w:r>
    </w:p>
    <w:p>
      <w:pPr>
        <w:pStyle w:val="ListNumber"/>
      </w:pPr>
      <w:r>
        <w:t>Pour chaque produit, insérez une image, une description, le prix et la référence.</w:t>
      </w:r>
    </w:p>
    <w:p>
      <w:pPr>
        <w:pStyle w:val="ListNumber"/>
      </w:pPr>
      <w:r>
        <w:t>Ajoutez des pages supplémentaires si nécessaire.</w:t>
      </w:r>
    </w:p>
    <w:p>
      <w:pPr>
        <w:pStyle w:val="ListNumber"/>
      </w:pPr>
      <w:r>
        <w:t>Exportez en PDF haute qualité pour l'impression ou la diffusion en ligne.</w:t>
      </w:r>
    </w:p>
    <w:p>
      <w:pPr>
        <w:pStyle w:val="Heading1"/>
      </w:pPr>
      <w:r>
        <w:t>Structure du catalogue</w:t>
      </w:r>
    </w:p>
    <w:p>
      <w:r>
        <w:t>Le modèle comprend une page de garde, une page d'introduction (optionnelle), des pages produits avec des zones pour image, nom, description, prix et référence, et une page de contact. Vous pouvez dupliquer les pages produits selon votre nombre d'articles.</w:t>
      </w:r>
    </w:p>
    <w:p>
      <w:pPr>
        <w:pStyle w:val="Heading1"/>
      </w:pPr>
      <w:r>
        <w:t>Conseils de mise en page</w:t>
      </w:r>
    </w:p>
    <w:p>
      <w:r>
        <w:t>Utilisez des images de haute qualité, cohérentes dans le style. Gardez une mise en page épurée : une image par produit, un texte concis. Utilisez des couleurs qui rappellent votre marque. Assurez-vous que les prix soient clairs et à jour. Pour un catalogue numérique, ajoutez des liens vers votre site web.</w:t>
      </w:r>
    </w:p>
    <w:p>
      <w:pPr>
        <w:pStyle w:val="Heading1"/>
      </w:pPr>
      <w:r>
        <w:t>Modèle prêt à adapter</w:t>
      </w:r>
    </w:p>
    <w:p>
      <w:r>
        <w:t>[LOGO] [NOM DE L'ENTREPRISE] [Adresse] [Téléphone] | [Email] | [Site web] TITRE DU CATALOGUE [Sous-titre ou saison] [Page de garde : image de couverture, slogan] Introduction (optionnel) : [Présentez votre entreprise et votre offre en quelques lignes] Produit 1 : [Image] Nom : [Nom du produit] Référence : [Référence] Description : [Description courte et attrayante] Prix : [Prix en €] Produit 2 : [Image] Nom : [Nom du produit] Référence : [Référence] Description : [Description courte et attrayante] Prix : [Prix en €] Produit 3 : [Image] Nom : [Nom du produit] Référence : [Référence] Description : [Description courte et attrayante] Prix : [Prix en €] ... (ajoutez autant de produits que nécessaire) Coordonnées de contact : [Adresse] [Téléphone] [Email] [Site web] Conditions générales de vente (si applicable) : [Livraison, délais, retours, etc.]</w:t>
      </w:r>
    </w:p>
    <w:p>
      <w:pPr>
        <w:pStyle w:val="Heading1"/>
      </w:pPr>
      <w:r>
        <w:t>Checklist</w:t>
      </w:r>
    </w:p>
    <w:p>
      <w:r>
        <w:t>☐ Page de garde avec logo et nom de l'entreprise</w:t>
      </w:r>
    </w:p>
    <w:p>
      <w:r>
        <w:t>☐ Titre du catalogue et sous-titre</w:t>
      </w:r>
    </w:p>
    <w:p>
      <w:r>
        <w:t>☐ Introduction ou présentation</w:t>
      </w:r>
    </w:p>
    <w:p>
      <w:r>
        <w:t>☐ Pour chaque produit : image, nom, référence, description, prix</w:t>
      </w:r>
    </w:p>
    <w:p>
      <w:r>
        <w:t>☐ Cohérence des images et des descriptions</w:t>
      </w:r>
    </w:p>
    <w:p>
      <w:r>
        <w:t>☐ Prix à jour et exacts</w:t>
      </w:r>
    </w:p>
    <w:p>
      <w:r>
        <w:t>☐ Coordonnées de contact complètes</w:t>
      </w:r>
    </w:p>
    <w:p>
      <w:r>
        <w:t>☐ Conditions générales de vente si nécessaire</w:t>
      </w:r>
    </w:p>
    <w:p>
      <w:r>
        <w:t>☐ Export en PDF haute qualité</w:t>
      </w:r>
    </w:p>
    <w:p>
      <w:pPr>
        <w:pStyle w:val="Heading1"/>
      </w:pPr>
      <w:r>
        <w:t>Questions fréquentes</w:t>
      </w:r>
    </w:p>
    <w:p>
      <w:r>
        <w:rPr>
          <w:b/>
        </w:rPr>
        <w:t>Puis-je utiliser ce modèle pour un catalogue en ligne ?</w:t>
      </w:r>
    </w:p>
    <w:p>
      <w:r>
        <w:t>Oui, vous pouvez le convertir en PDF interactif avec des liens, ou l'utiliser comme base pour une version web. Mais pour un site, il est souvent préférable d'utiliser une plateforme e-commerce.</w:t>
      </w:r>
    </w:p>
    <w:p>
      <w:r>
        <w:rPr>
          <w:b/>
        </w:rPr>
        <w:t>Comment ajouter plus de produits ?</w:t>
      </w:r>
    </w:p>
    <w:p>
      <w:r>
        <w:t>Dans votre logiciel de création, dupliquez la page produit du modèle et modifiez les informations. Le PDF n'est pas modifiable directement, il faut le générer depuis un outil de conception.</w:t>
      </w:r>
    </w:p>
    <w:p>
      <w:r>
        <w:rPr>
          <w:b/>
        </w:rPr>
        <w:t>Ce modèle est-il gratuit ?</w:t>
      </w:r>
    </w:p>
    <w:p>
      <w:r>
        <w:t>Oui, vous pouvez le télécharger et l'utiliser librement pour votre entreprise. Il est fourni à titre d'exemple et peut être adapté à vos besoins.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