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cahier des charges projet (Word)</w:t>
      </w:r>
    </w:p>
    <w:p>
      <w:r>
        <w:t>Ce modèle de cahier des charges projet est conçu pour vous aider à structurer votre document de référence. Il couvre les sections essentielles : présentation, objectifs, périmètre, exigences, planning, budget et validation. Adaptez-le à votre projet en remplissant les champs entre crochets.</w:t>
      </w:r>
    </w:p>
    <w:p>
      <w:r>
        <w:rPr>
          <w:b/>
        </w:rPr>
        <w:t>Ce modèle est fourni à titre indicatif. Adaptez-le à votre contexte et faites-le valider par les parties prenantes concernées.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Word et ouvrez-le avec votre traitement de texte.</w:t>
      </w:r>
    </w:p>
    <w:p>
      <w:pPr>
        <w:pStyle w:val="ListNumber"/>
      </w:pPr>
      <w:r>
        <w:t>Remplacez les informations entre crochets par les données réelles de votre projet.</w:t>
      </w:r>
    </w:p>
    <w:p>
      <w:pPr>
        <w:pStyle w:val="ListNumber"/>
      </w:pPr>
      <w:r>
        <w:t>Personnalisez les sections si nécessaire pour refléter les spécificités de votre projet.</w:t>
      </w:r>
    </w:p>
    <w:p>
      <w:pPr>
        <w:pStyle w:val="ListNumber"/>
      </w:pPr>
      <w:r>
        <w:t>Faites relire et valider le document par les parties prenantes avant de l'utiliser comme référence.</w:t>
      </w:r>
    </w:p>
    <w:p>
      <w:pPr>
        <w:pStyle w:val="Heading1"/>
      </w:pPr>
      <w:r>
        <w:t>Contenu du modèle</w:t>
      </w:r>
    </w:p>
    <w:p>
      <w:r>
        <w:t>Le modèle comprend les sections suivantes : présentation du projet, objectifs, périmètre, exigences fonctionnelles et techniques, planning, budget, et validation. Chaque section contient des instructions et des exemples pour vous guider.</w:t>
      </w:r>
    </w:p>
    <w:p>
      <w:pPr>
        <w:pStyle w:val="Heading1"/>
      </w:pPr>
      <w:r>
        <w:t>Comment utiliser ce modèle</w:t>
      </w:r>
    </w:p>
    <w:p>
      <w:r>
        <w:t>Téléchargez le fichier Word, remplacez les champs entre crochets par vos informations, puis personnalisez le contenu selon votre projet. Imprimez ou partagez le document une fois finalisé.</w:t>
      </w:r>
    </w:p>
    <w:p>
      <w:pPr>
        <w:pStyle w:val="Heading1"/>
      </w:pPr>
      <w:r>
        <w:t>Modèle prêt à adapter</w:t>
      </w:r>
    </w:p>
    <w:p>
      <w:r>
        <w:t>CAHIER DES CHARGES PROJET 1. Présentation du projet - Nom du projet : [Nom du projet] - Porteur du projet : [Nom du porteur] - Date de création : [Date] - Version : [Version] 2. Objectifs - Objectif général : [Objectif général] - Objectifs spécifiques : - [Objectif spécifique 1] - [Objectif spécifique 2] 3. Périmètre - Inclus dans le projet : [Éléments inclus] - Exclu du projet : [Éléments exclus] 4. Exigences fonctionnelles - [Exigence fonctionnelle 1] - [Exigence fonctionnelle 2] 5. Exigences techniques - [Exigence technique 1] - [Exigence technique 2] 6. Planning prévisionnel - Date de début : [Date de début] - Date de fin : [Date de fin] - Jalons principaux : [Jalon 1], [Jalon 2] 7. Budget prévisionnel - Budget total : [Montant] - Postes de dépenses : [Poste 1], [Poste 2] 8. Validation - Approbation du projet : [Nom du validateur] - Date : [Date] - Conditions de validation : [Conditions]</w:t>
      </w:r>
    </w:p>
    <w:p>
      <w:pPr>
        <w:pStyle w:val="Heading1"/>
      </w:pPr>
      <w:r>
        <w:t>Checklist</w:t>
      </w:r>
    </w:p>
    <w:p>
      <w:r>
        <w:t>☐ Présentation du projet claire</w:t>
      </w:r>
    </w:p>
    <w:p>
      <w:r>
        <w:t>☐ Objectifs définis et mesurables</w:t>
      </w:r>
    </w:p>
    <w:p>
      <w:r>
        <w:t>☐ Périmètre précisé</w:t>
      </w:r>
    </w:p>
    <w:p>
      <w:r>
        <w:t>☐ Exigences fonctionnelles listées</w:t>
      </w:r>
    </w:p>
    <w:p>
      <w:r>
        <w:t>☐ Exigences techniques détaillées</w:t>
      </w:r>
    </w:p>
    <w:p>
      <w:r>
        <w:t>☐ Planning réaliste</w:t>
      </w:r>
    </w:p>
    <w:p>
      <w:r>
        <w:t>☐ Budget estimé</w:t>
      </w:r>
    </w:p>
    <w:p>
      <w:r>
        <w:t>☐ Validation par les parties prenantes</w:t>
      </w:r>
    </w:p>
    <w:p>
      <w:pPr>
        <w:pStyle w:val="Heading1"/>
      </w:pPr>
      <w:r>
        <w:t>Questions fréquentes</w:t>
      </w:r>
    </w:p>
    <w:p>
      <w:r>
        <w:rPr>
          <w:b/>
        </w:rPr>
        <w:t>Pourquoi un cahier des charges est-il important ?</w:t>
      </w:r>
    </w:p>
    <w:p>
      <w:r>
        <w:t>Le cahier des charges sert de référence commune pour toutes les parties prenantes. Il clarifie les objectifs, le périmètre et les exigences, réduisant ainsi les malentendus et les risques de dérive.</w:t>
      </w:r>
    </w:p>
    <w:p>
      <w:r>
        <w:rPr>
          <w:b/>
        </w:rPr>
        <w:t>Qui doit rédiger le cahier des charges ?</w:t>
      </w:r>
    </w:p>
    <w:p>
      <w:r>
        <w:t>En général, le chef de projet ou le porteur de projet rédige le cahier des charges, en collaboration avec les parties prenantes pour s'assurer que toutes les attentes sont prises en compte.</w:t>
      </w:r>
    </w:p>
    <w:p>
      <w:r>
        <w:rPr>
          <w:b/>
        </w:rPr>
        <w:t>Comment adapter ce modèle à mon projet ?</w:t>
      </w:r>
    </w:p>
    <w:p>
      <w:r>
        <w:t>Remplacez les informations entre crochets par vos données réelles. Ajoutez ou supprimez des sections selon les besoins spécifiques de votre projet. Faites valider le document par les parties prenantes.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