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Cahier des Charges à Télécharger (PDF)</w:t>
      </w:r>
    </w:p>
    <w:p>
      <w:r>
        <w:t>Ce modèle de cahier des charges prêt à l'emploi vous permet de structurer vos projets efficacement. Téléchargez-le au format PDF, personnalisez-le selon vos besoins et gagnez du temps dans la rédaction de vos documents de spécification.</w:t>
      </w:r>
    </w:p>
    <w:p>
      <w:r>
        <w:rPr>
          <w:b/>
        </w:rPr>
        <w:t>Ce document est un modèle générique. Adaptez-le à votre projet et faites-le valider par les parties prenantes avant utilisation.</w:t>
      </w:r>
    </w:p>
    <w:p>
      <w:pPr>
        <w:pStyle w:val="Heading1"/>
      </w:pPr>
      <w:r>
        <w:t>Mode d'emploi</w:t>
      </w:r>
    </w:p>
    <w:p>
      <w:pPr>
        <w:pStyle w:val="ListNumber"/>
      </w:pPr>
      <w:r>
        <w:t>Téléchargez le fichier PDF en cliquant sur le lien ci-dessous.</w:t>
      </w:r>
    </w:p>
    <w:p>
      <w:pPr>
        <w:pStyle w:val="ListNumber"/>
      </w:pPr>
      <w:r>
        <w:t>Ouvrez le fichier avec un lecteur PDF ou un logiciel d'édition (comme Adobe Acrobat ou LibreOffice).</w:t>
      </w:r>
    </w:p>
    <w:p>
      <w:pPr>
        <w:pStyle w:val="ListNumber"/>
      </w:pPr>
      <w:r>
        <w:t>Remplacez les textes entre crochets par vos informations spécifiques.</w:t>
      </w:r>
    </w:p>
    <w:p>
      <w:pPr>
        <w:pStyle w:val="ListNumber"/>
      </w:pPr>
      <w:r>
        <w:t>Ajoutez ou supprimez des sections selon les besoins de votre projet.</w:t>
      </w:r>
    </w:p>
    <w:p>
      <w:pPr>
        <w:pStyle w:val="ListNumber"/>
      </w:pPr>
      <w:r>
        <w:t>Enregistrez une copie et partagez-la avec les parties prenantes pour validation.</w:t>
      </w:r>
    </w:p>
    <w:p>
      <w:pPr>
        <w:pStyle w:val="Heading1"/>
      </w:pPr>
      <w:r>
        <w:t>Contenu du modèle</w:t>
      </w:r>
    </w:p>
    <w:p>
      <w:r>
        <w:t>Le modèle inclut les sections suivantes : présentation du projet, objectifs, périmètre, livrables, planning, budget, ressources, contraintes, critères de validation, et annexes. Chaque section contient des instructions et des exemples pour vous guider.</w:t>
      </w:r>
    </w:p>
    <w:p>
      <w:pPr>
        <w:pStyle w:val="Heading1"/>
      </w:pPr>
      <w:r>
        <w:t>Conseils de personnalisation</w:t>
      </w:r>
    </w:p>
    <w:p>
      <w:r>
        <w:t>Personnalisez le modèle en fonction de la nature de votre projet. Pour un projet informatique, détaillez les spécifications techniques ; pour un projet marketing, concentrez-vous sur les cibles et les messages. Utilisez un langage clair et précis, évitez les ambiguïtés.</w:t>
      </w:r>
    </w:p>
    <w:p>
      <w:pPr>
        <w:pStyle w:val="Heading1"/>
      </w:pPr>
      <w:r>
        <w:t>Modèle prêt à adapter</w:t>
      </w:r>
    </w:p>
    <w:p>
      <w:r>
        <w:t>[Nom du Projet] Cahier des Charges Version [1.0] Date : [Date] 1. Présentation du Projet - Contexte : [Décrivez le contexte et la raison d'être du projet] - Objectifs : [Listez les objectifs principaux] - Parties prenantes : [Nommez les acteurs clés] 2. Périmètre du Projet - Inclus : [Décrivez ce qui est inclus] - Exclu : [Décrivez ce qui est exclu] 3. Livrables - [Listez les livrables attendus avec leurs descriptions] 4. Planning - Date de début : [Date] - Date de fin : [Date] - Jalons principaux : [Listez les jalons] 5. Budget - Budget total : [Montant] - Postes de dépenses : [Détaillez] 6. Ressources - Équipe : [Listez les membres et leurs rôles] - Matériel et logiciels : [Listez] 7. Contraintes - Techniques : [Décrivez] - Réglementaires : [Décrivez] - Autres : [Décrivez] 8. Critères de Validation - [Listez les critères qui permettront de valider le projet] 9. Annexes - [Listez les documents annexes] Signatures : [Signature du demandeur] [Date] [Signature du réalisateur] [Date]</w:t>
      </w:r>
    </w:p>
    <w:p>
      <w:pPr>
        <w:pStyle w:val="Heading1"/>
      </w:pPr>
      <w:r>
        <w:t>Checklist</w:t>
      </w:r>
    </w:p>
    <w:p>
      <w:r>
        <w:t>☐ Le projet a-t-il un nom et une version ?</w:t>
      </w:r>
    </w:p>
    <w:p>
      <w:r>
        <w:t>☐ Le contexte et les objectifs sont-ils clairement définis ?</w:t>
      </w:r>
    </w:p>
    <w:p>
      <w:r>
        <w:t>☐ Les parties prenantes sont-elles identifiées ?</w:t>
      </w:r>
    </w:p>
    <w:p>
      <w:r>
        <w:t>☐ Le périmètre inclut-il et exclut-il les bons éléments ?</w:t>
      </w:r>
    </w:p>
    <w:p>
      <w:r>
        <w:t>☐ Les livrables sont-ils précis et mesurables ?</w:t>
      </w:r>
    </w:p>
    <w:p>
      <w:r>
        <w:t>☐ Le planning est-il réaliste avec des jalons ?</w:t>
      </w:r>
    </w:p>
    <w:p>
      <w:r>
        <w:t>☐ Le budget est-il détaillé et cohérent ?</w:t>
      </w:r>
    </w:p>
    <w:p>
      <w:r>
        <w:t>☐ Les ressources nécessaires sont-elles listées ?</w:t>
      </w:r>
    </w:p>
    <w:p>
      <w:r>
        <w:t>☐ Les contraintes techniques et réglementaires sont-elles prises en compte ?</w:t>
      </w:r>
    </w:p>
    <w:p>
      <w:r>
        <w:t>☐ Les critères de validation sont-ils objectifs ?</w:t>
      </w:r>
    </w:p>
    <w:p>
      <w:pPr>
        <w:pStyle w:val="Heading1"/>
      </w:pPr>
      <w:r>
        <w:t>Questions fréquentes</w:t>
      </w:r>
    </w:p>
    <w:p>
      <w:r>
        <w:rPr>
          <w:b/>
        </w:rPr>
        <w:t>Comment personnaliser ce modèle de cahier des charges ?</w:t>
      </w:r>
    </w:p>
    <w:p>
      <w:r>
        <w:t>Téléchargez le fichier PDF et utilisez un logiciel d'édition pour remplacer les textes entre crochets par vos informations. Vous pouvez également ajouter ou supprimer des sections selon les besoins de votre projet.</w:t>
      </w:r>
    </w:p>
    <w:p>
      <w:r>
        <w:rPr>
          <w:b/>
        </w:rPr>
        <w:t>Ce modèle convient-il à tous les types de projets ?</w:t>
      </w:r>
    </w:p>
    <w:p>
      <w:r>
        <w:t>Oui, ce modèle est générique et peut être adapté à divers projets, qu'ils soient informatiques, marketing, construction, etc. Il vous suffit d'ajuster les sections pour refléter les spécificités de votre projet.</w:t>
      </w:r>
    </w:p>
    <w:p>
      <w:r>
        <w:rPr>
          <w:b/>
        </w:rPr>
        <w:t>Dois-je faire valider ce document par un professionnel ?</w:t>
      </w:r>
    </w:p>
    <w:p>
      <w:r>
        <w:t>Il est recommandé de faire relire le document par les parties prenantes et, si nécessaire, par un expert juridique ou technique pour vous assurer qu'il couvre tous les aspects importants.</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