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Cahier des charges projet PDF : modèle téléchargeable</w:t>
      </w:r>
    </w:p>
    <w:p>
      <w:r>
        <w:t>Téléchargez un modèle de cahier des charges au format PDF, structuré pour vous aider à définir clairement votre projet. Ce document est essentiel pour cadrer les objectifs, le périmètre, les livrables et le budget.</w:t>
      </w:r>
    </w:p>
    <w:p>
      <w:r>
        <w:rPr>
          <w:b/>
        </w:rPr>
        <w:t>Ce modèle est générique et ne remplace pas un document personnalisé. Adaptez-le à votre projet et faites-le valider par toutes les parties prenantes.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Cliquez sur le lien de téléchargement ci-dessous pour obtenir le PDF modèle.</w:t>
      </w:r>
    </w:p>
    <w:p>
      <w:pPr>
        <w:pStyle w:val="ListNumber"/>
      </w:pPr>
      <w:r>
        <w:t>Ouvrez le PDF et imprimez-le ou remplissez-le à l'écran si vous disposez d'un logiciel adapté.</w:t>
      </w:r>
    </w:p>
    <w:p>
      <w:pPr>
        <w:pStyle w:val="ListNumber"/>
      </w:pPr>
      <w:r>
        <w:t>Complétez chaque section avec les informations spécifiques à votre projet.</w:t>
      </w:r>
    </w:p>
    <w:p>
      <w:pPr>
        <w:pStyle w:val="ListNumber"/>
      </w:pPr>
      <w:r>
        <w:t>Faites relire le document par les parties prenantes avant validation.</w:t>
      </w:r>
    </w:p>
    <w:p>
      <w:pPr>
        <w:pStyle w:val="Heading1"/>
      </w:pPr>
      <w:r>
        <w:t>Contenu du modèle</w:t>
      </w:r>
    </w:p>
    <w:p>
      <w:r>
        <w:t>Le modèle comprend les sections suivantes : contexte, objectifs, périmètre, livrables, planning, budget, et critères de réussite.</w:t>
      </w:r>
    </w:p>
    <w:p>
      <w:pPr>
        <w:pStyle w:val="Heading1"/>
      </w:pPr>
      <w:r>
        <w:t>Comment utiliser ce modèle ?</w:t>
      </w:r>
    </w:p>
    <w:p>
      <w:r>
        <w:t>Téléchargez le fichier, remplissez les sections avec précision, puis partagez-le avec votre équipe pour validation.</w:t>
      </w:r>
    </w:p>
    <w:p>
      <w:pPr>
        <w:pStyle w:val="Heading1"/>
      </w:pPr>
      <w:r>
        <w:t>Modèle prêt à adapter</w:t>
      </w:r>
    </w:p>
    <w:p>
      <w:r>
        <w:t>Télécharger le modèle PDF : [lien à insérer]</w:t>
      </w:r>
    </w:p>
    <w:p>
      <w:pPr>
        <w:pStyle w:val="Heading1"/>
      </w:pPr>
      <w:r>
        <w:t>Checklist</w:t>
      </w:r>
    </w:p>
    <w:p>
      <w:r>
        <w:t>☐ Définir le contexte du projet</w:t>
      </w:r>
    </w:p>
    <w:p>
      <w:r>
        <w:t>☐ Formuler des objectifs mesurables</w:t>
      </w:r>
    </w:p>
    <w:p>
      <w:r>
        <w:t>☐ Préciser le périmètre (inclusions et exclusions)</w:t>
      </w:r>
    </w:p>
    <w:p>
      <w:r>
        <w:t>☐ Lister les livrables attendus</w:t>
      </w:r>
    </w:p>
    <w:p>
      <w:r>
        <w:t>☐ Établir un planning réaliste</w:t>
      </w:r>
    </w:p>
    <w:p>
      <w:r>
        <w:t>☐ Estimer le budget</w:t>
      </w:r>
    </w:p>
    <w:p>
      <w:r>
        <w:t>☐ Définir les critères de réussite</w:t>
      </w:r>
    </w:p>
    <w:p>
      <w:r>
        <w:t>☐ Faire valider par les parties prenantes</w:t>
      </w:r>
    </w:p>
    <w:p>
      <w:pPr>
        <w:pStyle w:val="Heading1"/>
      </w:pPr>
      <w:r>
        <w:t>Questions fréquentes</w:t>
      </w:r>
    </w:p>
    <w:p>
      <w:r>
        <w:rPr>
          <w:b/>
        </w:rPr>
        <w:t>Qu'est-ce qu'un cahier des charges ?</w:t>
      </w:r>
    </w:p>
    <w:p>
      <w:r>
        <w:t>Un cahier des charges est un document qui définit les besoins, les objectifs, les contraintes et les livrables d'un projet. Il sert de référence pour toutes les parties prenantes.</w:t>
      </w:r>
    </w:p>
    <w:p>
      <w:r>
        <w:rPr>
          <w:b/>
        </w:rPr>
        <w:t>Pourquoi est-il important de rédiger un cahier des charges ?</w:t>
      </w:r>
    </w:p>
    <w:p>
      <w:r>
        <w:t>Il permet de clarifier les attentes, d'éviter les malentendus, de faciliter la planification et de servir de base pour l'évaluation du projet.</w:t>
      </w:r>
    </w:p>
    <w:p>
      <w:r>
        <w:rPr>
          <w:b/>
        </w:rPr>
        <w:t>Quelle est la différence entre un cahier des charges et un brief ?</w:t>
      </w:r>
    </w:p>
    <w:p>
      <w:r>
        <w:t>Un brief est souvent plus court et orienté vers la créativité, tandis qu'un cahier des charges est plus détaillé et technique, incluant des spécifications précises.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