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Modèle de cahier des charges informatique à télécharger</w:t>
      </w:r>
    </w:p>
    <w:p>
      <w:r>
        <w:t>Ce modèle de cahier des charges informatique vous permet de structurer votre projet de développement logiciel, d'application ou de site web. Il couvre les sections essentielles : présentation, objectifs, périmètre, fonctionnalités, contraintes, planning et budget. Personnalisez-le selon votre contexte.</w:t>
      </w:r>
    </w:p>
    <w:p>
      <w:r>
        <w:rPr>
          <w:b/>
        </w:rPr>
        <w:t>Ce document est un modèle générique. Adaptez-le à votre projet et faites-le valider par les parties prenantes avant de lancer toute consultation ou développement.</w:t>
      </w:r>
    </w:p>
    <w:p>
      <w:pPr>
        <w:pStyle w:val="Heading1"/>
      </w:pPr>
      <w:r>
        <w:t>Mode d'emploi</w:t>
      </w:r>
    </w:p>
    <w:p>
      <w:pPr>
        <w:pStyle w:val="ListNumber"/>
      </w:pPr>
      <w:r>
        <w:t>Téléchargez le modèle ci-dessous.</w:t>
      </w:r>
    </w:p>
    <w:p>
      <w:pPr>
        <w:pStyle w:val="ListNumber"/>
      </w:pPr>
      <w:r>
        <w:t>Remplissez chaque section avec les informations spécifiques à votre projet.</w:t>
      </w:r>
    </w:p>
    <w:p>
      <w:pPr>
        <w:pStyle w:val="ListNumber"/>
      </w:pPr>
      <w:r>
        <w:t>Faites relire le document par les parties prenantes (maîtrise d'ouvrage, maîtrise d'œuvre, utilisateurs).</w:t>
      </w:r>
    </w:p>
    <w:p>
      <w:pPr>
        <w:pStyle w:val="ListNumber"/>
      </w:pPr>
      <w:r>
        <w:t>Validez le cahier des charges et utilisez-le comme référence pour la consultation des prestataires.</w:t>
      </w:r>
    </w:p>
    <w:p>
      <w:pPr>
        <w:pStyle w:val="Heading1"/>
      </w:pPr>
      <w:r>
        <w:t>Structure du modèle</w:t>
      </w:r>
    </w:p>
    <w:p>
      <w:r>
        <w:t>Le modèle comprend 10 sections : 1. Présentation du projet, 2. Objectifs, 3. Périmètre fonctionnel, 4. Fonctionnalités détaillées, 5. Contraintes techniques, 6. Exigences de performance, 7. Planning prévisionnel, 8. Budget estimé, 9. Critères de recette, 10. Annexes.</w:t>
      </w:r>
    </w:p>
    <w:p>
      <w:pPr>
        <w:pStyle w:val="Heading1"/>
      </w:pPr>
      <w:r>
        <w:t>Comment utiliser ce modèle</w:t>
      </w:r>
    </w:p>
    <w:p>
      <w:r>
        <w:t>Copiez le texte dans un traitement de texte, remplacez les crochets par vos informations, puis exportez en PDF pour diffusion. Utilisez le tableau des fonctionnalités pour lister chaque besoin avec sa priorité.</w:t>
      </w:r>
    </w:p>
    <w:p>
      <w:pPr>
        <w:pStyle w:val="Heading1"/>
      </w:pPr>
      <w:r>
        <w:t>Modèle prêt à adapter</w:t>
      </w:r>
    </w:p>
    <w:p>
      <w:r>
        <w:t>CAHIER DES CHARGES PROJET INFORMATIQUE 1. PRÉSENTATION DU PROJET 1.1 Contexte : [Décrivez le contexte métier ou technique qui justifie le projet]. 1.2 Problème à résoudre : [Exposez les difficultés actuelles]. 1.3 Solution envisagée : [Décrivez la solution logicielle, application, site web]. 2. OBJECTIFS 2.1 Objectifs métier : [Objectifs mesurables, ex. réduire les erreurs de saisie de 20%]. 2.2 Objectifs techniques : [Ex. intégration avec le SI existant]. 3. PÉRIMÈTRE FONCTIONNEL 3.1 Inclus : [Listez les modules ou fonctionnalités inclus]. 3.2 Exclu : [Listez ce qui n'est pas couvert]. 4. FONCTIONNALITÉS DÉTAILLÉES [Pour chaque fonctionnalité, remplissez le tableau :] | ID | Fonctionnalité | Description | Priorité (Must/Should/Could) | | F1 | [Nom] | [Description] | [Priorité] | 5. CONTRAINTES TECHNIQUES 5.1 Environnement technique : [Langages, frameworks, base de données]. 5.2 Intégrations : [Systèmes existants, API]. 5.3 Sécurité : [Authentification, RGPD]. 6. EXIGENCES DE PERFORMANCE 6.1 Temps de réponse : [Ex. &lt; 3 secondes]. 6.2 Disponibilité : [Ex. 99,5%]. 7. PLANNING PRÉVISIONNEL 7.1 Date de démarrage : [Date] 7.2 Jalons : [Listez les jalons avec dates]. 7.3 Date de livraison : [Date] 8. BUDGET ESTIMÉ 8.1 Coût total estimé : [Montant] € 8.2 Répartition : [Détail des postes]. 9. CRITÈRES DE RECETTE [Conditions de validation, ex. tests unitaires, recette fonctionnelle]. 10. ANNEXES [Documents complémentaires : maquettes, schémas, etc.]</w:t>
      </w:r>
    </w:p>
    <w:p>
      <w:pPr>
        <w:pStyle w:val="Heading1"/>
      </w:pPr>
      <w:r>
        <w:t>Checklist</w:t>
      </w:r>
    </w:p>
    <w:p>
      <w:r>
        <w:t>☐ Présentation du projet claire et concise</w:t>
      </w:r>
    </w:p>
    <w:p>
      <w:r>
        <w:t>☐ Objectifs mesurables définis</w:t>
      </w:r>
    </w:p>
    <w:p>
      <w:r>
        <w:t>☐ Périmètre fonctionnel précis (inclus/exclus)</w:t>
      </w:r>
    </w:p>
    <w:p>
      <w:r>
        <w:t>☐ Fonctionnalités listées avec priorités</w:t>
      </w:r>
    </w:p>
    <w:p>
      <w:r>
        <w:t>☐ Contraintes techniques documentées</w:t>
      </w:r>
    </w:p>
    <w:p>
      <w:r>
        <w:t>☐ Exigences de performance spécifiées</w:t>
      </w:r>
    </w:p>
    <w:p>
      <w:r>
        <w:t>☐ Planning réaliste avec jalons</w:t>
      </w:r>
    </w:p>
    <w:p>
      <w:r>
        <w:t>☐ Budget estimé et répartition</w:t>
      </w:r>
    </w:p>
    <w:p>
      <w:r>
        <w:t>☐ Critères de recette définis</w:t>
      </w:r>
    </w:p>
    <w:p>
      <w:r>
        <w:t>☐ Annexes jointes si nécessaires</w:t>
      </w:r>
    </w:p>
    <w:p>
      <w:pPr>
        <w:pStyle w:val="Heading1"/>
      </w:pPr>
      <w:r>
        <w:t>Questions fréquentes</w:t>
      </w:r>
    </w:p>
    <w:p>
      <w:r>
        <w:rPr>
          <w:b/>
        </w:rPr>
        <w:t>Puis-je utiliser ce modèle pour un projet agile ?</w:t>
      </w:r>
    </w:p>
    <w:p>
      <w:r>
        <w:t>Oui, adaptez la section planning en sprints et les fonctionnalités en user stories. Le modèle reste utile pour cadrer le besoin global.</w:t>
      </w:r>
    </w:p>
    <w:p>
      <w:r>
        <w:rPr>
          <w:b/>
        </w:rPr>
        <w:t>Quelle est la différence entre un cahier des charges et une spécification fonctionnelle ?</w:t>
      </w:r>
    </w:p>
    <w:p>
      <w:r>
        <w:t>Le cahier des charges décrit le besoin et les contraintes, tandis que la spécification fonctionnelle détaille le comportement attendu du système. Le cahier des charges est souvent en amont.</w:t>
      </w:r>
    </w:p>
    <w:p>
      <w:r>
        <w:rPr>
          <w:b/>
        </w:rPr>
        <w:t>Comment estimer le budget sans avoir de devis ?</w:t>
      </w:r>
    </w:p>
    <w:p>
      <w:r>
        <w:t>Vous pouvez indiquer une fourchette basée sur des études internes ou des benchmarks. Précisez que le budget sera affiné après consultation des prestataires.</w:t>
      </w:r>
    </w:p>
    <w:p>
      <w:r>
        <w:t>Ressource créée par TopExemples.fr</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