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Business Plan Vierge à Télécharger (PDF)</w:t>
      </w:r>
    </w:p>
    <w:p>
      <w:r>
        <w:t>Ce modèle de business plan vierge vous aide à structurer votre projet d'entreprise. Téléchargez le PDF et remplissez chaque section pour créer un document professionnel.</w:t>
      </w:r>
    </w:p>
    <w:p>
      <w:r>
        <w:rPr>
          <w:b/>
        </w:rPr>
        <w:t>Ce document est un outil d'aide à la rédaction. Il ne constitue pas un conseil juridique ou financier. Faites valider votre business plan par un professionnel compétent avant de l'utiliser pour des démarches officielles.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modèle PDF.</w:t>
      </w:r>
    </w:p>
    <w:p>
      <w:pPr>
        <w:pStyle w:val="ListNumber"/>
      </w:pPr>
      <w:r>
        <w:t>Lisez chaque section et notez les informations demandées.</w:t>
      </w:r>
    </w:p>
    <w:p>
      <w:pPr>
        <w:pStyle w:val="ListNumber"/>
      </w:pPr>
      <w:r>
        <w:t>Rassemblez les données nécessaires : étude de marché, chiffres financiers, etc.</w:t>
      </w:r>
    </w:p>
    <w:p>
      <w:pPr>
        <w:pStyle w:val="ListNumber"/>
      </w:pPr>
      <w:r>
        <w:t>Remplissez le modèle progressivement, en commençant par le résumé exécutif.</w:t>
      </w:r>
    </w:p>
    <w:p>
      <w:pPr>
        <w:pStyle w:val="ListNumber"/>
      </w:pPr>
      <w:r>
        <w:t>Relisez et ajustez le document pour qu'il soit cohérent et convaincant.</w:t>
      </w:r>
    </w:p>
    <w:p>
      <w:pPr>
        <w:pStyle w:val="Heading1"/>
      </w:pPr>
      <w:r>
        <w:t>Structure du modèle</w:t>
      </w:r>
    </w:p>
    <w:p>
      <w:r>
        <w:t>Le modèle comprend les sections suivantes : résumé exécutif, présentation de l'entreprise, étude de marché, stratégie, organisation et prévisions financières. Chaque section est décrite avec des instructions.</w:t>
      </w:r>
    </w:p>
    <w:p>
      <w:pPr>
        <w:pStyle w:val="Heading1"/>
      </w:pPr>
      <w:r>
        <w:t>Conseils pour remplir le modèle</w:t>
      </w:r>
    </w:p>
    <w:p>
      <w:r>
        <w:t>Soyez précis et réaliste. Pour l'étude de marché, citez des sources fiables. Pour les prévisions financières, basez-vous sur des hypothèses raisonnables. N'hésitez pas à demander de l'aide à un expert-comptable.</w:t>
      </w:r>
    </w:p>
    <w:p>
      <w:pPr>
        <w:pStyle w:val="Heading1"/>
      </w:pPr>
      <w:r>
        <w:t>Modèle prêt à adapter</w:t>
      </w:r>
    </w:p>
    <w:p>
      <w:r>
        <w:t>BUSINESS PLAN VIERGE 1. RÉSUMÉ EXÉCUTIF - Description de l'entreprise : [Nom, secteur, forme juridique] - Mission : [Énoncé] - Objectifs : [Objectifs à court et long terme] - Produits/services : [Description] - Marché cible : [Description] - Avantages concurrentiels : [Points forts] - Financement demandé : [Montant] (si pertinent) 2. PRÉSENTATION DE L'ENTREPRISE - Historique : [Date de création, étapes clés] - Équipe : [Noms, rôles, expériences] - Localisation : [Adresse, zone d'activité] - Forme juridique : [Statut] 3. ÉTUDE DE MARCHÉ - Analyse du secteur : [Taille, tendances] - Marché cible : [Segments, besoins] - Concurrence : [Principaux concurrents, forces/faiblesses] - SWOT : [Forces, Faiblesses, Opportunités, Menaces] 4. STRATÉGIE - Stratégie marketing : [Positionnement, mix marketing] - Stratégie commerciale : [Vente, distribution] - Stratégie de développement : [Croissance, partenariats] 5. ORGANISATION - Structure organisationnelle : [Organigramme] - Ressources humaines : [Effectif, recrutement] - Systèmes d'information : [Outils, logiciels] 6. PRÉVISIONS FINANCIÈRES - Compte de résultat prévisionnel : [Année 1, Année 2, Année 3] - Bilan prévisionnel : [Actif, Passif] - Plan de financement : [Sources de financement, utilisation] - Seuil de rentabilité : [Calcul] 7. ANNEXES - CV des fondateurs - Études complémentaires - Documents juridiques</w:t>
      </w:r>
    </w:p>
    <w:p>
      <w:pPr>
        <w:pStyle w:val="Heading1"/>
      </w:pPr>
      <w:r>
        <w:t>Checklist</w:t>
      </w:r>
    </w:p>
    <w:p>
      <w:r>
        <w:t>☐ Résumé exécutif concis et percutant</w:t>
      </w:r>
    </w:p>
    <w:p>
      <w:r>
        <w:t>☐ Description claire de l'entreprise</w:t>
      </w:r>
    </w:p>
    <w:p>
      <w:r>
        <w:t>☐ Étude de marché avec données chiffrées</w:t>
      </w:r>
    </w:p>
    <w:p>
      <w:r>
        <w:t>☐ Stratégie cohérente avec le marché</w:t>
      </w:r>
    </w:p>
    <w:p>
      <w:r>
        <w:t>☐ Organisation réaliste</w:t>
      </w:r>
    </w:p>
    <w:p>
      <w:r>
        <w:t>☐ Prévisions financières détaillées</w:t>
      </w:r>
    </w:p>
    <w:p>
      <w:r>
        <w:t>☐ Annexes complètes</w:t>
      </w:r>
    </w:p>
    <w:p>
      <w:pPr>
        <w:pStyle w:val="Heading1"/>
      </w:pPr>
      <w:r>
        <w:t>Questions fréquentes</w:t>
      </w:r>
    </w:p>
    <w:p>
      <w:r>
        <w:rPr>
          <w:b/>
        </w:rPr>
        <w:t>Quelle est la différence entre un business plan vierge et un exemple rempli ?</w:t>
      </w:r>
    </w:p>
    <w:p>
      <w:r>
        <w:t>Un business plan vierge est un modèle à compléter, tandis qu'un exemple rempli montre comment le remplir avec des données fictives. Le vierge vous permet de personnaliser entièrement le contenu.</w:t>
      </w:r>
    </w:p>
    <w:p>
      <w:r>
        <w:rPr>
          <w:b/>
        </w:rPr>
        <w:t>Puis-je utiliser ce modèle pour une demande de financement ?</w:t>
      </w:r>
    </w:p>
    <w:p>
      <w:r>
        <w:t>Ce modèle peut servir de base, mais les banques et investisseurs ont souvent des exigences spécifiques. Adaptez-le et faites-le valider par un expert.</w:t>
      </w:r>
    </w:p>
    <w:p>
      <w:r>
        <w:rPr>
          <w:b/>
        </w:rPr>
        <w:t>Comment estimer les prévisions financières ?</w:t>
      </w:r>
    </w:p>
    <w:p>
      <w:r>
        <w:t>Basez-vous sur des études de marché, des données sectorielles et des hypothèses réalistes. Utilisez des outils comme Excel pour modéliser différents scénarios.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