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Modèle de Brevet Déposé (PDF) à Télécharger</w:t>
      </w:r>
    </w:p>
    <w:p>
      <w:r>
        <w:t>Ce modèle de brevet déposé au format PDF vous aide à structurer votre demande de brevet. Il reprend les sections standard exigées par les offices de propriété industrielle, avec des instructions claires pour chaque partie. Utilisez-le comme base pour rédiger votre propre dossier, puis faites-le valider par un conseiller en propriété industrielle.</w:t>
      </w:r>
    </w:p>
    <w:p>
      <w:r>
        <w:rPr>
          <w:b/>
        </w:rPr>
        <w:t>Ce document est fourni à titre illustratif. Il ne constitue pas un avis juridique et ne garantit pas l'obtention d'un brevet. Avant tout dépôt, consultez un professionnel habilité.</w:t>
      </w:r>
    </w:p>
    <w:p>
      <w:pPr>
        <w:pStyle w:val="Heading1"/>
      </w:pPr>
      <w:r>
        <w:t>Mode d'emploi</w:t>
      </w:r>
    </w:p>
    <w:p>
      <w:pPr>
        <w:pStyle w:val="ListNumber"/>
      </w:pPr>
      <w:r>
        <w:t>Téléchargez le modèle PDF et ouvrez-le avec un lecteur adapté.</w:t>
      </w:r>
    </w:p>
    <w:p>
      <w:pPr>
        <w:pStyle w:val="ListNumber"/>
      </w:pPr>
      <w:r>
        <w:t>Remplissez chaque section en suivant les instructions fournies.</w:t>
      </w:r>
    </w:p>
    <w:p>
      <w:pPr>
        <w:pStyle w:val="ListNumber"/>
      </w:pPr>
      <w:r>
        <w:t>Relisez attentivement et faites vérifier par un expert.</w:t>
      </w:r>
    </w:p>
    <w:p>
      <w:pPr>
        <w:pStyle w:val="ListNumber"/>
      </w:pPr>
      <w:r>
        <w:t>Déposez votre demande auprès de l'office compétent (INPI en France) ou via un mandataire.</w:t>
      </w:r>
    </w:p>
    <w:p>
      <w:pPr>
        <w:pStyle w:val="Heading1"/>
      </w:pPr>
      <w:r>
        <w:t>Contenu du modèle</w:t>
      </w:r>
    </w:p>
    <w:p>
      <w:r>
        <w:t>Le modèle comprend : page de garde avec titre et identité du déposant, domaine technique, état de la technique, description détaillée, revendications, dessins (emplacements), et résumé. Chaque section est accompagnée d'exemples de formulation.</w:t>
      </w:r>
    </w:p>
    <w:p>
      <w:pPr>
        <w:pStyle w:val="Heading1"/>
      </w:pPr>
      <w:r>
        <w:t>Instructions de remplissage</w:t>
      </w:r>
    </w:p>
    <w:p>
      <w:r>
        <w:t>Pour chaque section, suivez les indications entre crochets : [Titre de l'invention], [Nom du déposant], etc. Utilisez un langage technique précis et évitez les termes vagues. Les revendications doivent être claires et concises.</w:t>
      </w:r>
    </w:p>
    <w:p>
      <w:pPr>
        <w:pStyle w:val="Heading1"/>
      </w:pPr>
      <w:r>
        <w:t>Modèle prêt à adapter</w:t>
      </w:r>
    </w:p>
    <w:p>
      <w:r>
        <w:t>DEMANDE DE BREVET Titre de l'invention : [Titre] Déposant(s) : Nom : [Nom] Adresse : [Adresse] Nationalité : [Nationalité] Domaine technique : La présente invention concerne [domaine]. État de la technique : Il existe déjà [description de l'art antérieur]. Cependant, [problème non résolu]. Description détaillée : L'invention sera décrite en référence aux figures [numéros]. Elle comprend [éléments]. Le fonctionnement est le suivant : [description]. Revendications : 1. [Revendication principale] 2. [Revendication dépendante] Dessins : [Insérer ici les figures] Résumé : [Texte résumant l'invention en 150 mots maximum] Date et signature : [Date] [Signature]</w:t>
      </w:r>
    </w:p>
    <w:p>
      <w:pPr>
        <w:pStyle w:val="Heading1"/>
      </w:pPr>
      <w:r>
        <w:t>Checklist</w:t>
      </w:r>
    </w:p>
    <w:p>
      <w:r>
        <w:t>☐ Titre clair et précis</w:t>
      </w:r>
    </w:p>
    <w:p>
      <w:r>
        <w:t>☐ Domaine technique défini</w:t>
      </w:r>
    </w:p>
    <w:p>
      <w:r>
        <w:t>☐ État de la technique décrit</w:t>
      </w:r>
    </w:p>
    <w:p>
      <w:r>
        <w:t>☐ Description détaillée et complète</w:t>
      </w:r>
    </w:p>
    <w:p>
      <w:r>
        <w:t>☐ Revendications rédigées</w:t>
      </w:r>
    </w:p>
    <w:p>
      <w:r>
        <w:t>☐ Dessins numérotés et référencés</w:t>
      </w:r>
    </w:p>
    <w:p>
      <w:r>
        <w:t>☐ Résumé concis</w:t>
      </w:r>
    </w:p>
    <w:p>
      <w:r>
        <w:t>☐ Identité du déposant complète</w:t>
      </w:r>
    </w:p>
    <w:p>
      <w:r>
        <w:t>☐ Relecture orthographique et technique</w:t>
      </w:r>
    </w:p>
    <w:p>
      <w:r>
        <w:t>☐ Validation par un professionnel</w:t>
      </w:r>
    </w:p>
    <w:p>
      <w:pPr>
        <w:pStyle w:val="Heading1"/>
      </w:pPr>
      <w:r>
        <w:t>Questions fréquentes</w:t>
      </w:r>
    </w:p>
    <w:p>
      <w:r>
        <w:rPr>
          <w:b/>
        </w:rPr>
        <w:t>Puis-je utiliser ce modèle pour déposer directement un brevet ?</w:t>
      </w:r>
    </w:p>
    <w:p>
      <w:r>
        <w:t>Ce modèle est une base de travail. Une demande de brevet doit respecter des exigences formelles strictes et doit être déposée auprès de l'office compétent. Il est fortement recommandé de faire appel à un conseiller en propriété industrielle.</w:t>
      </w:r>
    </w:p>
    <w:p>
      <w:r>
        <w:rPr>
          <w:b/>
        </w:rPr>
        <w:t>Quelles sont les sections obligatoires d'un brevet ?</w:t>
      </w:r>
    </w:p>
    <w:p>
      <w:r>
        <w:t>Les sections principales sont : titre, domaine technique, état de la technique, description, revendications, dessins (si nécessaires) et résumé. Chaque office peut avoir des variations.</w:t>
      </w:r>
    </w:p>
    <w:p>
      <w:r>
        <w:rPr>
          <w:b/>
        </w:rPr>
        <w:t>Ce modèle est-il valable en France et à l'international ?</w:t>
      </w:r>
    </w:p>
    <w:p>
      <w:r>
        <w:t>Le modèle est générique et peut servir de base, mais les exigences varient selon les pays. Pour une protection internationale, consultez le PCT (Traité de coopération en matière de brevets) et les offices nationaux.</w:t>
      </w:r>
    </w:p>
    <w:p>
      <w:r>
        <w:t>Ressource créée par TopExemples.fr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