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Modèle de bilan professionnel à télécharger (PDF)</w:t>
      </w:r>
    </w:p>
    <w:p>
      <w:r>
        <w:t>Téléchargez gratuitement un modèle de bilan professionnel en PDF pour structurer votre parcours, vos compétences et vos objectifs. Ce document vous aide à faire le point sur votre carrière et à préparer vos entretiens.</w:t>
      </w:r>
    </w:p>
    <w:p>
      <w:r>
        <w:rPr>
          <w:b/>
        </w:rPr>
        <w:t>Ce modèle est fourni à titre indicatif. Il ne remplace pas un accompagnement personnalisé par un conseiller en évolution professionnelle.</w:t>
      </w:r>
    </w:p>
    <w:p>
      <w:pPr>
        <w:pStyle w:val="Heading1"/>
      </w:pPr>
      <w:r>
        <w:t>Mode d'emploi</w:t>
      </w:r>
    </w:p>
    <w:p>
      <w:pPr>
        <w:pStyle w:val="ListNumber"/>
      </w:pPr>
      <w:r>
        <w:t>Téléchargez le fichier PDF via le lien ci-dessous.</w:t>
      </w:r>
    </w:p>
    <w:p>
      <w:pPr>
        <w:pStyle w:val="ListNumber"/>
      </w:pPr>
      <w:r>
        <w:t>Imprimez le document ou ouvrez-le dans un logiciel de lecture PDF.</w:t>
      </w:r>
    </w:p>
    <w:p>
      <w:pPr>
        <w:pStyle w:val="ListNumber"/>
      </w:pPr>
      <w:r>
        <w:t>Remplissez chaque section avec vos informations personnelles.</w:t>
      </w:r>
    </w:p>
    <w:p>
      <w:pPr>
        <w:pStyle w:val="ListNumber"/>
      </w:pPr>
      <w:r>
        <w:t>Utilisez des exemples concrets pour illustrer vos compétences.</w:t>
      </w:r>
    </w:p>
    <w:p>
      <w:pPr>
        <w:pStyle w:val="ListNumber"/>
      </w:pPr>
      <w:r>
        <w:t>Relisez et ajustez le contenu avant de le partager.</w:t>
      </w:r>
    </w:p>
    <w:p>
      <w:pPr>
        <w:pStyle w:val="Heading1"/>
      </w:pPr>
      <w:r>
        <w:t>Structure du bilan</w:t>
      </w:r>
    </w:p>
    <w:p>
      <w:r>
        <w:t>Le modèle comprend : informations personnelles, parcours professionnel, formations, compétences clés, réalisations marquantes, points forts et axes de progrès, projet professionnel et objectifs.</w:t>
      </w:r>
    </w:p>
    <w:p>
      <w:pPr>
        <w:pStyle w:val="Heading1"/>
      </w:pPr>
      <w:r>
        <w:t>Conseils de rédaction</w:t>
      </w:r>
    </w:p>
    <w:p>
      <w:r>
        <w:t>Soyez précis et factuel. Utilisez des chiffres pour quantifier vos réalisations. Mettez en avant les compétences transférables. Relisez votre bilan à voix haute pour vérifier la cohérence.</w:t>
      </w:r>
    </w:p>
    <w:p>
      <w:pPr>
        <w:pStyle w:val="Heading1"/>
      </w:pPr>
      <w:r>
        <w:t>Modèle prêt à adapter</w:t>
      </w:r>
    </w:p>
    <w:p>
      <w:r>
        <w:t>Téléchargement : [Lien vers le fichier PDF] Modèle de bilan professionnel 1. Informations personnelles - Nom : [Nom] - Prénom : [Prénom] - Date de naissance : [Date] - Coordonnées : [Téléphone], [Email] 2. Parcours professionnel - Poste actuel : [Intitulé] - Entreprise : [Nom] - Dates : [Début] – [Fin] - Missions principales : [Décrivez] - Expériences précédentes : [Listez] 3. Formations - Diplômes : [Intitulé], [Établissement], [Année] - Formations continues : [Intitulé], [Organisme], [Année] 4. Compétences clés - Techniques : [Listez] - Transversales : [Listez] 5. Réalisations marquantes - Projet : [Décrivez] - Résultat : [Chiffre] 6. Points forts et axes de progrès - Points forts : [Listez] - Axes de progrès : [Listez] 7. Projet professionnel et objectifs - Objectif à court terme : [Décrivez] - Objectif à long terme : [Décrivez] - Plan d'action : [Étapes]</w:t>
      </w:r>
    </w:p>
    <w:p>
      <w:pPr>
        <w:pStyle w:val="Heading1"/>
      </w:pPr>
      <w:r>
        <w:t>Checklist</w:t>
      </w:r>
    </w:p>
    <w:p>
      <w:r>
        <w:t>☐ Télécharger le modèle PDF</w:t>
      </w:r>
    </w:p>
    <w:p>
      <w:r>
        <w:t>☐ Remplir les informations personnelles</w:t>
      </w:r>
    </w:p>
    <w:p>
      <w:r>
        <w:t>☐ Détailler le parcours professionnel</w:t>
      </w:r>
    </w:p>
    <w:p>
      <w:r>
        <w:t>☐ Lister les formations</w:t>
      </w:r>
    </w:p>
    <w:p>
      <w:r>
        <w:t>☐ Identifier les compétences clés</w:t>
      </w:r>
    </w:p>
    <w:p>
      <w:r>
        <w:t>☐ Décrire les réalisations marquantes</w:t>
      </w:r>
    </w:p>
    <w:p>
      <w:r>
        <w:t>☐ Définir les points forts et axes de progrès</w:t>
      </w:r>
    </w:p>
    <w:p>
      <w:r>
        <w:t>☐ Formuler le projet professionnel</w:t>
      </w:r>
    </w:p>
    <w:p>
      <w:r>
        <w:t>☐ Relire et corriger le document</w:t>
      </w:r>
    </w:p>
    <w:p>
      <w:pPr>
        <w:pStyle w:val="Heading1"/>
      </w:pPr>
      <w:r>
        <w:t>Questions fréquentes</w:t>
      </w:r>
    </w:p>
    <w:p>
      <w:r>
        <w:rPr>
          <w:b/>
        </w:rPr>
        <w:t>Ce modèle convient-il à tous les métiers ?</w:t>
      </w:r>
    </w:p>
    <w:p>
      <w:r>
        <w:t>Oui, le modèle est générique et peut être adapté à tout secteur. Personnalisez les sections selon votre domaine.</w:t>
      </w:r>
    </w:p>
    <w:p>
      <w:r>
        <w:rPr>
          <w:b/>
        </w:rPr>
        <w:t>Dois-je inclure des informations personnelles sensibles ?</w:t>
      </w:r>
    </w:p>
    <w:p>
      <w:r>
        <w:t>Non, ne mentionnez que les informations pertinentes pour votre bilan. Évitez les données sensibles comme la santé ou les opinions politiques.</w:t>
      </w:r>
    </w:p>
    <w:p>
      <w:r>
        <w:rPr>
          <w:b/>
        </w:rPr>
        <w:t>Puis-je utiliser ce bilan pour une démarche de VAE ?</w:t>
      </w:r>
    </w:p>
    <w:p>
      <w:r>
        <w:t>Ce modèle peut servir de base, mais la VAE exige un dossier spécifique. Consultez les organismes officiels pour les exigences.</w:t>
      </w:r>
    </w:p>
    <w:p>
      <w:r>
        <w:t>Ressource créée par TopExemples.fr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