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Bilan d'Entreprise PDF à Télécharger</w:t>
      </w:r>
    </w:p>
    <w:p>
      <w:r>
        <w:t>Téléchargez gratuitement un modèle de bilan d'entreprise au format PDF, prêt à imprimer et à remplir. Ce document structuré vous guide pas à pas pour présenter l'actif, le passif et les capitaux propres de votre société.</w:t>
      </w:r>
    </w:p>
    <w:p>
      <w:r>
        <w:rPr>
          <w:b/>
        </w:rPr>
        <w:t>Ce modèle est fourni à titre indicatif. Il ne remplace pas les conseils d'un expert-comptable. Pour un bilan conforme aux normes comptables, faites appel à un professionnel.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Cliquez sur le bouton de téléchargement ci-dessous pour obtenir le fichier PDF.</w:t>
      </w:r>
    </w:p>
    <w:p>
      <w:pPr>
        <w:pStyle w:val="ListNumber"/>
      </w:pPr>
      <w:r>
        <w:t>Imprimez le modèle ou ouvrez-le dans un logiciel de lecture PDF.</w:t>
      </w:r>
    </w:p>
    <w:p>
      <w:pPr>
        <w:pStyle w:val="ListNumber"/>
      </w:pPr>
      <w:r>
        <w:t>Remplissez les champs avec les montants de votre entreprise.</w:t>
      </w:r>
    </w:p>
    <w:p>
      <w:pPr>
        <w:pStyle w:val="ListNumber"/>
      </w:pPr>
      <w:r>
        <w:t>Vérifiez l'équilibre entre l'actif et le passif.</w:t>
      </w:r>
    </w:p>
    <w:p>
      <w:pPr>
        <w:pStyle w:val="ListNumber"/>
      </w:pPr>
      <w:r>
        <w:t>Conservez une copie pour vos dossiers.</w:t>
      </w:r>
    </w:p>
    <w:p>
      <w:pPr>
        <w:pStyle w:val="Heading1"/>
      </w:pPr>
      <w:r>
        <w:t>Contenu du PDF</w:t>
      </w:r>
    </w:p>
    <w:p>
      <w:r>
        <w:t>Le PDF contient un tableau de bilan avec les principales rubriques : actif immobilisé, actif circulant, capitaux propres, dettes. Des instructions de remplissage sont incluses en bas de page.</w:t>
      </w:r>
    </w:p>
    <w:p>
      <w:pPr>
        <w:pStyle w:val="Heading1"/>
      </w:pPr>
      <w:r>
        <w:t>Comment utiliser ce modèle ?</w:t>
      </w:r>
    </w:p>
    <w:p>
      <w:r>
        <w:t>Ce modèle est conçu pour être simple et adaptable. Vous pouvez ajouter des lignes si nécessaire, mais gardez la structure de base. Utilisez les montants nets.</w:t>
      </w:r>
    </w:p>
    <w:p>
      <w:pPr>
        <w:pStyle w:val="Heading1"/>
      </w:pPr>
      <w:r>
        <w:t>Modèle prêt à adapter</w:t>
      </w:r>
    </w:p>
    <w:p>
      <w:r>
        <w:t>BILAN DE L'ENTREPRISE [Nom de l'entreprise] Date de clôture : [Date] ACTIF Immobilisations incorporelles : [Montant] Immobilisations corporelles : [Montant] Immobilisations financières : [Montant] Total des immobilisations : [Total] Stocks : [Montant] Créances clients : [Montant] Disponibilités : [Montant] Total de l'actif circulant : [Total] TOTAL ACTIF : [Total actif] PASSIF Capital social : [Montant] Réserves : [Montant] Résultat de l'exercice : [Montant] Total des capitaux propres : [Total] Emprunts : [Montant] Dettes fournisseurs : [Montant] Dettes fiscales et sociales : [Montant] Total des dettes : [Total] TOTAL PASSIF : [Total passif] Instructions : Remplissez chaque ligne avec le montant correspondant. Assurez-vous que le total de l'actif est égal au total du passif.</w:t>
      </w:r>
    </w:p>
    <w:p>
      <w:pPr>
        <w:pStyle w:val="Heading1"/>
      </w:pPr>
      <w:r>
        <w:t>Checklist</w:t>
      </w:r>
    </w:p>
    <w:p>
      <w:r>
        <w:t>☐ Avoir le fichier PDF téléchargé</w:t>
      </w:r>
    </w:p>
    <w:p>
      <w:r>
        <w:t>☐ Avoir les informations financières à portée de main</w:t>
      </w:r>
    </w:p>
    <w:p>
      <w:r>
        <w:t>☐ Avoir rempli toutes les lignes</w:t>
      </w:r>
    </w:p>
    <w:p>
      <w:r>
        <w:t>☐ Avoir vérifié l'équilibre</w:t>
      </w:r>
    </w:p>
    <w:p>
      <w:r>
        <w:t>☐ Avoir daté et signé le document</w:t>
      </w:r>
    </w:p>
    <w:p>
      <w:r>
        <w:t>☐ Avoir consulté un expert-comptable si nécessaire</w:t>
      </w:r>
    </w:p>
    <w:p>
      <w:pPr>
        <w:pStyle w:val="Heading1"/>
      </w:pPr>
      <w:r>
        <w:t>Questions fréquentes</w:t>
      </w:r>
    </w:p>
    <w:p>
      <w:r>
        <w:rPr>
          <w:b/>
        </w:rPr>
        <w:t>Ce modèle est-il conforme aux normes comptables françaises ?</w:t>
      </w:r>
    </w:p>
    <w:p>
      <w:r>
        <w:t>Ce modèle reprend les grandes lignes du plan comptable général, mais il est simplifié. Pour une conformité totale, utilisez les documents officiels de votre expert-comptable.</w:t>
      </w:r>
    </w:p>
    <w:p>
      <w:r>
        <w:rPr>
          <w:b/>
        </w:rPr>
        <w:t>Puis-je modifier le PDF ?</w:t>
      </w:r>
    </w:p>
    <w:p>
      <w:r>
        <w:t>Le PDF est conçu pour être imprimé et rempli à la main. Si vous souhaitez le modifier numériquement, vous pouvez utiliser un logiciel d'édition PDF ou convertir le modèle en format Word.</w:t>
      </w:r>
    </w:p>
    <w:p>
      <w:r>
        <w:rPr>
          <w:b/>
        </w:rPr>
        <w:t>Que faire si je n'ai pas toutes les informations ?</w:t>
      </w:r>
    </w:p>
    <w:p>
      <w:r>
        <w:t>Rapprochez-vous de votre comptable ou de votre banquier pour obtenir les données manquantes. Ne laissez pas de cases vides, mettez 0 si nécessaire.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