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Bilan Annuel à Télécharger (Word et PDF)</w:t>
      </w:r>
    </w:p>
    <w:p>
      <w:r>
        <w:t>Ce modèle de bilan annuel vous permet de faire le point sur votre année : réussites, défis, leçons apprises et objectifs pour l'année à venir. Téléchargez-le en Word ou PDF et personnalisez-le selon votre situation.</w:t>
      </w:r>
    </w:p>
    <w:p>
      <w:r>
        <w:rPr>
          <w:b/>
        </w:rPr>
        <w:t>Ce modèle est un outil d'aide à la réflexion. Adaptez-le à votre contexte personnel ou professionnel. Les informations que vous y inscrivez sont personnelles.</w:t>
      </w:r>
    </w:p>
    <w:p>
      <w:pPr>
        <w:pStyle w:val="Heading1"/>
      </w:pPr>
      <w:r>
        <w:t>Mode d'emploi</w:t>
      </w:r>
    </w:p>
    <w:p>
      <w:pPr>
        <w:pStyle w:val="ListNumber"/>
      </w:pPr>
      <w:r>
        <w:t>Téléchargez le fichier Word ou PDF ci-dessous.</w:t>
      </w:r>
    </w:p>
    <w:p>
      <w:pPr>
        <w:pStyle w:val="ListNumber"/>
      </w:pPr>
      <w:r>
        <w:t>Prenez le temps de réfléchir à chaque section.</w:t>
      </w:r>
    </w:p>
    <w:p>
      <w:pPr>
        <w:pStyle w:val="ListNumber"/>
      </w:pPr>
      <w:r>
        <w:t>Remplissez honnêtement les réussites, défis et leçons.</w:t>
      </w:r>
    </w:p>
    <w:p>
      <w:pPr>
        <w:pStyle w:val="ListNumber"/>
      </w:pPr>
      <w:r>
        <w:t>Utilisez ce bilan pour définir vos objectifs futurs.</w:t>
      </w:r>
    </w:p>
    <w:p>
      <w:pPr>
        <w:pStyle w:val="Heading1"/>
      </w:pPr>
      <w:r>
        <w:t>Aperçu du modèle</w:t>
      </w:r>
    </w:p>
    <w:p>
      <w:r>
        <w:t>Le modèle comprend : informations générales, réussites, défis, leçons apprises, compétences développées, objectifs pour l'année prochaine et conclusion.</w:t>
      </w:r>
    </w:p>
    <w:p>
      <w:pPr>
        <w:pStyle w:val="Heading1"/>
      </w:pPr>
      <w:r>
        <w:t>Instructions d'utilisation</w:t>
      </w:r>
    </w:p>
    <w:p>
      <w:r>
        <w:t>Dans le document Word, remplacez les crochets par vos réponses. Pour le PDF, imprimez ou utilisez un outil d'annotation. Le modèle est conçu pour être utilisé en fin d'année.</w:t>
      </w:r>
    </w:p>
    <w:p>
      <w:pPr>
        <w:pStyle w:val="Heading1"/>
      </w:pPr>
      <w:r>
        <w:t>Modèle prêt à adapter</w:t>
      </w:r>
    </w:p>
    <w:p>
      <w:r>
        <w:t>BILAN ANNUEL Année : [Année] Nom : [Nom] Poste / Rôle : [Poste] 1. Réussites de l'année - [Réussite 1] - [Réussite 2] 2. Défis rencontrés - [Défi 1] - [Défi 2] 3. Leçons apprises - [Leçon 1] - [Leçon 2] 4. Compétences développées - [Compétence 1] - [Compétence 2] 5. Objectifs pour l'année prochaine - [Objectif 1] - [Objectif 2] 6. Conclusion - [Conclusion / réflexion personnelle]</w:t>
      </w:r>
    </w:p>
    <w:p>
      <w:pPr>
        <w:pStyle w:val="Heading1"/>
      </w:pPr>
      <w:r>
        <w:t>Checklist</w:t>
      </w:r>
    </w:p>
    <w:p>
      <w:r>
        <w:t>☐ Avez-vous identifié au moins 3 réussites ?</w:t>
      </w:r>
    </w:p>
    <w:p>
      <w:r>
        <w:t>☐ Avez-vous listé les défis importants ?</w:t>
      </w:r>
    </w:p>
    <w:p>
      <w:r>
        <w:t>☐ Avez-vous tiré des leçons de chaque défi ?</w:t>
      </w:r>
    </w:p>
    <w:p>
      <w:r>
        <w:t>☐ Avez-vous noté les compétences acquises ?</w:t>
      </w:r>
    </w:p>
    <w:p>
      <w:r>
        <w:t>☐ Avez-vous défini des objectifs concrets pour l'année prochaine ?</w:t>
      </w:r>
    </w:p>
    <w:p>
      <w:r>
        <w:t>☐ Avez-vous pris le temps de relire et de réfléchir à votre bilan ?</w:t>
      </w:r>
    </w:p>
    <w:p>
      <w:pPr>
        <w:pStyle w:val="Heading1"/>
      </w:pPr>
      <w:r>
        <w:t>Questions fréquentes</w:t>
      </w:r>
    </w:p>
    <w:p>
      <w:r>
        <w:rPr>
          <w:b/>
        </w:rPr>
        <w:t>Ce modèle convient-il pour un bilan professionnel ?</w:t>
      </w:r>
    </w:p>
    <w:p>
      <w:r>
        <w:t>Oui, il est adapté aussi bien pour un bilan personnel que professionnel. Vous pouvez l'utiliser lors d'un entretien annuel ou pour votre développement personnel.</w:t>
      </w:r>
    </w:p>
    <w:p>
      <w:r>
        <w:rPr>
          <w:b/>
        </w:rPr>
        <w:t>Dois-je partager ce bilan avec mon employeur ?</w:t>
      </w:r>
    </w:p>
    <w:p>
      <w:r>
        <w:t>Cela dépend de votre situation. Ce modèle est un outil de réflexion. Si vous souhaitez l'utiliser dans un cadre professionnel, vous pouvez le partager avec votre manager, mais ce n'est pas obligatoire.</w:t>
      </w:r>
    </w:p>
    <w:p>
      <w:r>
        <w:rPr>
          <w:b/>
        </w:rPr>
        <w:t>Puis-je utiliser ce modèle pour une équipe ?</w:t>
      </w:r>
    </w:p>
    <w:p>
      <w:r>
        <w:t>Oui, vous pouvez adapter ce modèle pour un bilan d'équipe en modifiant les champs pour refléter les réalisations collectives.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