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d'appel au don (Word)</w:t>
      </w:r>
    </w:p>
    <w:p>
      <w:r>
        <w:t>Ce modèle d'appel au don vous aide à rédiger un message clair et émouvant pour mobiliser votre communauté. Personnalisez les sections entre crochets avec les informations de votre organisation et de votre projet.</w:t>
      </w:r>
    </w:p>
    <w:p>
      <w:r>
        <w:rPr>
          <w:b/>
        </w:rPr>
        <w:t>Ce modèle est fourni à titre d'exemple. Adaptez-le à votre contexte et vérifiez la conformité avec la législation en vigueur sur les dons et la collecte de fonds.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Remplacer les informations entre crochets par vos données réelles.</w:t>
      </w:r>
    </w:p>
    <w:p>
      <w:pPr>
        <w:pStyle w:val="ListNumber"/>
      </w:pPr>
      <w:r>
        <w:t>Personnaliser l'histoire pour refléter un cas concret de votre cause.</w:t>
      </w:r>
    </w:p>
    <w:p>
      <w:pPr>
        <w:pStyle w:val="ListNumber"/>
      </w:pPr>
      <w:r>
        <w:t>Relire et ajuster le ton pour qu'il soit authentique et engageant.</w:t>
      </w:r>
    </w:p>
    <w:p>
      <w:pPr>
        <w:pStyle w:val="Heading1"/>
      </w:pPr>
      <w:r>
        <w:t>Conseils d'utilisation</w:t>
      </w:r>
    </w:p>
    <w:p>
      <w:r>
        <w:t>Commencez par une accroche qui interpelle, puis racontez une histoire qui illustre l'impact de votre action. Terminez par un appel à l'action clair avec les modalités de don. Utilisez un langage simple et direct.</w:t>
      </w:r>
    </w:p>
    <w:p>
      <w:pPr>
        <w:pStyle w:val="Heading1"/>
      </w:pPr>
      <w:r>
        <w:t>Structure du document</w:t>
      </w:r>
    </w:p>
    <w:p>
      <w:r>
        <w:t>Le document Word comprend : un titre, une accroche, une histoire, un appel à l'action, les informations de don, et une note de remerciement.</w:t>
      </w:r>
    </w:p>
    <w:p>
      <w:pPr>
        <w:pStyle w:val="Heading1"/>
      </w:pPr>
      <w:r>
        <w:t>Modèle prêt à adapter</w:t>
      </w:r>
    </w:p>
    <w:p>
      <w:r>
        <w:t>Objet : [Objet de l'appel, ex : Aidez-nous à offrir un repas à 100 familles] Cher(e) [Prénom], [Accroche : phrase percutante qui attire l'attention, ex : Chaque jour, des familles de notre région se couchent sans avoir mangé.] [Histoire : racontez une situation concrète, ex : Marie, mère de deux enfants, a perdu son emploi à cause de la crise. Grâce à votre soutien, nous avons pu lui fournir des colis alimentaires pendant trois mois. Mais beaucoup d'autres ont besoin de votre aide.] [Appel à l'action : ex : Aujourd'hui, nous lançons une collecte pour financer 100 paniers repas. Chaque don de 20 € permet de fournir un panier complet. Faites un don maintenant et changez une vie.] [Informations de don : ex : Pour faire un don, rendez-vous sur [lien] ou envoyez un chèque à [adresse]. Vous pouvez aussi nous contacter au [téléphone].] [Note de remerciement : ex : Merci d'avance pour votre générosité. Votre soutien est essentiel pour continuer notre mission.] Avec toute notre gratitude, [Votre nom] [Votre organisation] [Coordonnées]</w:t>
      </w:r>
    </w:p>
    <w:p>
      <w:pPr>
        <w:pStyle w:val="Heading1"/>
      </w:pPr>
      <w:r>
        <w:t>Checklist</w:t>
      </w:r>
    </w:p>
    <w:p>
      <w:r>
        <w:t>☐ Accroche claire et émouvante</w:t>
      </w:r>
    </w:p>
    <w:p>
      <w:r>
        <w:t>☐ Histoire concrète avec un bénéficiaire</w:t>
      </w:r>
    </w:p>
    <w:p>
      <w:r>
        <w:t>☐ Appel à l'action précis</w:t>
      </w:r>
    </w:p>
    <w:p>
      <w:r>
        <w:t>☐ Modalités de don explicites</w:t>
      </w:r>
    </w:p>
    <w:p>
      <w:r>
        <w:t>☐ Note de remerciement</w:t>
      </w:r>
    </w:p>
    <w:p>
      <w:r>
        <w:t>☐ Coordonnées complètes</w:t>
      </w:r>
    </w:p>
    <w:p>
      <w:r>
        <w:t>☐ Ton adapté à votre public</w:t>
      </w:r>
    </w:p>
    <w:p>
      <w:r>
        <w:t>☐ Relecture orthographique et grammaticale</w:t>
      </w:r>
    </w:p>
    <w:p>
      <w:pPr>
        <w:pStyle w:val="Heading1"/>
      </w:pPr>
      <w:r>
        <w:t>Questions fréquentes</w:t>
      </w:r>
    </w:p>
    <w:p>
      <w:r>
        <w:rPr>
          <w:b/>
        </w:rPr>
        <w:t>Comment personnaliser ce modèle ?</w:t>
      </w:r>
    </w:p>
    <w:p>
      <w:r>
        <w:t>Remplacez chaque élément entre crochets par vos informations réelles. Adaptez l'histoire à un cas réel de votre organisation pour plus d'impact.</w:t>
      </w:r>
    </w:p>
    <w:p>
      <w:r>
        <w:rPr>
          <w:b/>
        </w:rPr>
        <w:t>Quelle longueur idéale pour un appel au don ?</w:t>
      </w:r>
    </w:p>
    <w:p>
      <w:r>
        <w:t>En général, un appel au don doit être concis : une page maximum. L'essentiel est de capter l'attention rapidement et de donner envie d'agir.</w:t>
      </w:r>
    </w:p>
    <w:p>
      <w:r>
        <w:rPr>
          <w:b/>
        </w:rPr>
        <w:t>Dois-je inclure des mentions légales ?</w:t>
      </w:r>
    </w:p>
    <w:p>
      <w:r>
        <w:t>Oui, selon la réglementation, vous devez indiquer votre organisation, son objet, et les conditions de don. Vérifiez les obligations légales dans votre pays.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