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d'Annonce de Vente de Voiture à Télécharger</w:t>
      </w:r>
    </w:p>
    <w:p>
      <w:r>
        <w:t>Ce modèle d'annonce de vente de voiture vous aide à rédiger une annonce claire et attractive. Téléchargez le fichier Word, remplissez les sections avec les informations de votre véhicule et publiez-la sur les sites de petites annonces.</w:t>
      </w:r>
    </w:p>
    <w:p>
      <w:r>
        <w:rPr>
          <w:b/>
        </w:rPr>
        <w:t>Ce modèle est un exemple. Vérifiez les informations légales et techniques de votre véhicule avant de publier.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Word.</w:t>
      </w:r>
    </w:p>
    <w:p>
      <w:pPr>
        <w:pStyle w:val="ListNumber"/>
      </w:pPr>
      <w:r>
        <w:t>Ouvrez-le avec Word ou un logiciel compatible.</w:t>
      </w:r>
    </w:p>
    <w:p>
      <w:pPr>
        <w:pStyle w:val="ListNumber"/>
      </w:pPr>
      <w:r>
        <w:t>Remplacez les champs entre crochets par les informations de votre voiture.</w:t>
      </w:r>
    </w:p>
    <w:p>
      <w:pPr>
        <w:pStyle w:val="ListNumber"/>
      </w:pPr>
      <w:r>
        <w:t>Ajoutez des photos de qualité.</w:t>
      </w:r>
    </w:p>
    <w:p>
      <w:pPr>
        <w:pStyle w:val="ListNumber"/>
      </w:pPr>
      <w:r>
        <w:t>Enregistrez et copiez le texte dans votre annonce en ligne.</w:t>
      </w:r>
    </w:p>
    <w:p>
      <w:pPr>
        <w:pStyle w:val="Heading1"/>
      </w:pPr>
      <w:r>
        <w:t>Structure de l'annonce</w:t>
      </w:r>
    </w:p>
    <w:p>
      <w:r>
        <w:t>Le modèle comprend un titre accrocheur, une description détaillée, les caractéristiques techniques, le prix et les coordonnées de contact. Chaque section est conçue pour attirer les acheteurs.</w:t>
      </w:r>
    </w:p>
    <w:p>
      <w:pPr>
        <w:pStyle w:val="Heading1"/>
      </w:pPr>
      <w:r>
        <w:t>Conseils de rédaction</w:t>
      </w:r>
    </w:p>
    <w:p>
      <w:r>
        <w:t>Soyez honnête sur l'état du véhicule. Mentionnez les points forts (faible kilométrage, entretien suivi, etc.). Utilisez des mots clés comme 'occasion', 'garantie', 'première main' si applicables.</w:t>
      </w:r>
    </w:p>
    <w:p>
      <w:pPr>
        <w:pStyle w:val="Heading1"/>
      </w:pPr>
      <w:r>
        <w:t>Modèle prêt à adapter</w:t>
      </w:r>
    </w:p>
    <w:p>
      <w:r>
        <w:t>TITRE : [Marque] [Modèle] [Année] - [Kilométrage] km - [Prix] € DESCRIPTION : [Marque] [Modèle] de [Année], [Couleur], [Kilométrage] km, [Type de carburant], [Boîte de vitesses]. [Description détaillée : état général, entretien, historique, options, raisons de la vente] CARACTÉRISTIQUES : - Marque : [Marque] - Modèle : [Modèle] - Année : [Année] - Kilométrage : [Kilométrage] km - Carburant : [Essence/Diesel/Hybride/Électrique] - Boîte : [Manuelle/Automatique] - Puissance : [Puissance] ch - Places : [Nombre] - Couleur : [Couleur] - Première main : [Oui/Non] - Garantie : [Oui/Non] - Contrôle technique : [Date] PRIX : [Prix] € (négociable ?) CONTACT : - Nom : [Nom] - Téléphone : [Numéro] - Email : [Adresse] - Localisation : [Ville] Disponible pour essai sur rendez-vous.</w:t>
      </w:r>
    </w:p>
    <w:p>
      <w:pPr>
        <w:pStyle w:val="Heading1"/>
      </w:pPr>
      <w:r>
        <w:t>Checklist</w:t>
      </w:r>
    </w:p>
    <w:p>
      <w:r>
        <w:t>☐ Titre accrocheur avec marque, modèle, année et prix.</w:t>
      </w:r>
    </w:p>
    <w:p>
      <w:r>
        <w:t>☐ Description honnête et détaillée.</w:t>
      </w:r>
    </w:p>
    <w:p>
      <w:r>
        <w:t>☐ Photos de bonne qualité (extérieur, intérieur, compteur).</w:t>
      </w:r>
    </w:p>
    <w:p>
      <w:r>
        <w:t>☐ Prix réaliste par rapport au marché.</w:t>
      </w:r>
    </w:p>
    <w:p>
      <w:r>
        <w:t>☐ Coordonnées de contact valides.</w:t>
      </w:r>
    </w:p>
    <w:p>
      <w:r>
        <w:t>☐ Mention des défauts éventuels.</w:t>
      </w:r>
    </w:p>
    <w:p>
      <w:r>
        <w:t>☐ Indication du contrôle technique à jour.</w:t>
      </w:r>
    </w:p>
    <w:p>
      <w:r>
        <w:t>☐ Préciser si le véhicule est négociable.</w:t>
      </w:r>
    </w:p>
    <w:p>
      <w:pPr>
        <w:pStyle w:val="Heading1"/>
      </w:pPr>
      <w:r>
        <w:t>Questions fréquentes</w:t>
      </w:r>
    </w:p>
    <w:p>
      <w:r>
        <w:rPr>
          <w:b/>
        </w:rPr>
        <w:t>Comment fixer le prix de ma voiture ?</w:t>
      </w:r>
    </w:p>
    <w:p>
      <w:r>
        <w:t>Consultez les annonces similaires sur les sites d'occasion, utilisez des outils d'estimation en ligne, ou faites évaluer par un professionnel. Tenez compte de l'état, du kilométrage et de l'équipement.</w:t>
      </w:r>
    </w:p>
    <w:p>
      <w:r>
        <w:rPr>
          <w:b/>
        </w:rPr>
        <w:t>Quelles photos prendre ?</w:t>
      </w:r>
    </w:p>
    <w:p>
      <w:r>
        <w:t>Prenez des photos de l'extérieur sous plusieurs angles, de l'intérieur, du tableau de bord, des sièges, du coffre, et des éventuels défauts. Utilisez la lumière naturelle et un fond propre.</w:t>
      </w:r>
    </w:p>
    <w:p>
      <w:r>
        <w:rPr>
          <w:b/>
        </w:rPr>
        <w:t>Dois-je mentionner les défauts ?</w:t>
      </w:r>
    </w:p>
    <w:p>
      <w:r>
        <w:t>Oui, il est important d'être transparent pour éviter les litiges. Mentionnez les rayures, les problèmes mécaniques, etc. Cela renforce la confiance.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