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d'Annonce de Location d'Appartement à Télécharger</w:t>
      </w:r>
    </w:p>
    <w:p>
      <w:r>
        <w:t>Ce modèle d'annonce de location vous aide à rédiger une annonce claire et attrayante. Il est conçu pour être personnalisé selon votre bien et vos attentes. Téléchargez-le, remplissez les champs, et publiez-le sur les sites immobiliers ou les réseaux sociaux.</w:t>
      </w:r>
    </w:p>
    <w:p>
      <w:r>
        <w:rPr>
          <w:b/>
        </w:rPr>
        <w:t>Ce modèle est fourni à titre indicatif. Adaptez-le à votre situation et vérifiez les obligations légales en vigueur (loi Alur, diagnostics obligatoires, etc.) avant publication.</w:t>
      </w:r>
    </w:p>
    <w:p>
      <w:pPr>
        <w:pStyle w:val="Heading1"/>
      </w:pPr>
      <w:r>
        <w:t>Mode d'emploi</w:t>
      </w:r>
    </w:p>
    <w:p>
      <w:pPr>
        <w:pStyle w:val="ListNumber"/>
      </w:pPr>
      <w:r>
        <w:t>Téléchargez le fichier Word ou PDF ci-dessous.</w:t>
      </w:r>
    </w:p>
    <w:p>
      <w:pPr>
        <w:pStyle w:val="ListNumber"/>
      </w:pPr>
      <w:r>
        <w:t>Ouvrez le document et remplacez les champs entre crochets par vos informations réelles.</w:t>
      </w:r>
    </w:p>
    <w:p>
      <w:pPr>
        <w:pStyle w:val="ListNumber"/>
      </w:pPr>
      <w:r>
        <w:t>Relisez attentivement pour vérifier la cohérence et l'orthographe.</w:t>
      </w:r>
    </w:p>
    <w:p>
      <w:pPr>
        <w:pStyle w:val="ListNumber"/>
      </w:pPr>
      <w:r>
        <w:t>Publiez votre annonce sur les plateformes de votre choix.</w:t>
      </w:r>
    </w:p>
    <w:p>
      <w:pPr>
        <w:pStyle w:val="Heading1"/>
      </w:pPr>
      <w:r>
        <w:t>Comment personnaliser ce modèle ?</w:t>
      </w:r>
    </w:p>
    <w:p>
      <w:r>
        <w:t>Chaque champ entre crochets doit être remplacé par vos informations. Par exemple, [Type de bien] devient 'Appartement 2 pièces', [Loyer] devient '750 €'. N'hésitez pas à supprimer ou ajouter des sections selon les spécificités de votre bien. Pour attirer plus de candidats, mettez en avant les points forts : luminosité, balcon, proximité des transports, etc.</w:t>
      </w:r>
    </w:p>
    <w:p>
      <w:pPr>
        <w:pStyle w:val="Heading1"/>
      </w:pPr>
      <w:r>
        <w:t>Exemples de formulations percutantes</w:t>
      </w:r>
    </w:p>
    <w:p>
      <w:r>
        <w:t>Voici quelques phrases que vous pouvez intégrer dans votre annonce : 'Appartement lumineux avec vue dégagée', 'À deux pas du métro', 'Cuisine équipée, prêt à habiter', 'Idéal pour jeune actif ou couple'. Utilisez des adjectifs positifs mais restez honnête sur l'état du logement.</w:t>
      </w:r>
    </w:p>
    <w:p>
      <w:pPr>
        <w:pStyle w:val="Heading1"/>
      </w:pPr>
      <w:r>
        <w:t>Modèle prêt à adapter</w:t>
      </w:r>
    </w:p>
    <w:p>
      <w:r>
        <w:t>ANNONCE DE LOCATION D'APPARTEMENT [Type de bien] à louer à [Ville] – [Code postal] [Surface] m² – [Nombre de pièces] pièces – [Étage] avec ascenseur [oui/non] Description : [Description détaillée du logement : état, orientation, équipements, etc.] Équipements inclus : - [Liste des équipements : cuisine équipée, lave-linge, etc.] Charges : [Montant] € / mois (incluant [précisez : eau, chauffage, etc.]) Loyer : [Montant] € / mois (hors charges) + dépôt de garantie : [Montant] € Disponibilité : [Date] Conditions de location : - [Revenus, garant, etc.] - [Type de bail : meublé / vide] Contact : [Nom] – [Téléphone] – [Email] Visites : [jours et horaires] N'hésitez pas à me contacter pour toute question ou pour planifier une visite.</w:t>
      </w:r>
    </w:p>
    <w:p>
      <w:pPr>
        <w:pStyle w:val="Heading1"/>
      </w:pPr>
      <w:r>
        <w:t>Checklist</w:t>
      </w:r>
    </w:p>
    <w:p>
      <w:r>
        <w:t>☐ Avez-vous indiqué la surface exacte ?</w:t>
      </w:r>
    </w:p>
    <w:p>
      <w:r>
        <w:t>☐ Avez-vous mentionné les charges et le loyer ?</w:t>
      </w:r>
    </w:p>
    <w:p>
      <w:r>
        <w:t>☐ Avez-vous précisé la date de disponibilité ?</w:t>
      </w:r>
    </w:p>
    <w:p>
      <w:r>
        <w:t>☐ Avez-vous listé les équipements ?</w:t>
      </w:r>
    </w:p>
    <w:p>
      <w:r>
        <w:t>☐ Avez-vous indiqué les conditions de location (garant, revenus) ?</w:t>
      </w:r>
    </w:p>
    <w:p>
      <w:r>
        <w:t>☐ Avez-vous vérifié l'orthographe et la grammaire ?</w:t>
      </w:r>
    </w:p>
    <w:p>
      <w:r>
        <w:t>☐ Avez-vous ajouté des photos de qualité ?</w:t>
      </w:r>
    </w:p>
    <w:p>
      <w:pPr>
        <w:pStyle w:val="Heading1"/>
      </w:pPr>
      <w:r>
        <w:t>Questions fréquentes</w:t>
      </w:r>
    </w:p>
    <w:p>
      <w:r>
        <w:rPr>
          <w:b/>
        </w:rPr>
        <w:t>Quelles informations sont obligatoires dans une annonce de location ?</w:t>
      </w:r>
    </w:p>
    <w:p>
      <w:r>
        <w:t>Les informations obligatoires incluent la surface habitable, le nombre de pièces, le loyer, les charges, la date de disponibilité, et les diagnostics techniques (DPE, etc.). Depuis la loi Alur, certaines mentions sont interdites, comme le fait d'exiger une photo ou des documents personnels.</w:t>
      </w:r>
    </w:p>
    <w:p>
      <w:r>
        <w:rPr>
          <w:b/>
        </w:rPr>
        <w:t>Comment rendre mon annonce plus attractive ?</w:t>
      </w:r>
    </w:p>
    <w:p>
      <w:r>
        <w:t>Mettez en avant les points forts du logement (lumière, balcon, proximité des transports), utilisez des photos de qualité et rédigez une description claire et positive. Évitez les termes trop vagues comme 'bel appartement' et soyez précis.</w:t>
      </w:r>
    </w:p>
    <w:p>
      <w:r>
        <w:rPr>
          <w:b/>
        </w:rPr>
        <w:t>Puis-je utiliser ce modèle pour une location meublée ?</w:t>
      </w:r>
    </w:p>
    <w:p>
      <w:r>
        <w:t>Oui, ce modèle est adaptable. Ajoutez simplement la liste des meubles fournis et précisez la mention 'meublé' dans le titre. Le bail sera alors un bail meublé avec ses spécificités.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