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Exemple de Mode Opératoire Amiante Sous-Section 4 PDF à Télécharger</w:t>
      </w:r>
    </w:p>
    <w:p>
      <w:r>
        <w:t>Ce document fournit un exemple de mode opératoire pour les travaux sur matériaux contenant de l'amiante relevant de la sous-section 4. Il est conçu pour aider les entreprises à structurer leurs procédures de sécurité. Ce modèle est fourni à titre illustratif et doit être adapté à chaque situation et validé par un professionnel compétent.</w:t>
      </w:r>
    </w:p>
    <w:p>
      <w:r>
        <w:rPr>
          <w:b/>
        </w:rPr>
        <w:t>Avertissement : Ce document est un exemple générique. Il ne remplace pas une analyse de risque spécifique ni les conseils d'un professionnel habilité. L'utilisation de ce modèle doit être conforme à la réglementation en vigueur et aux recommandations des autorités compétentes. Faites valider votre mode opératoire par un coordinateur SPS ou un expert avant toute utilisation.</w:t>
      </w:r>
    </w:p>
    <w:p>
      <w:pPr>
        <w:pStyle w:val="Heading1"/>
      </w:pPr>
      <w:r>
        <w:t>Mode d'emploi</w:t>
      </w:r>
    </w:p>
    <w:p>
      <w:pPr>
        <w:pStyle w:val="ListNumber"/>
      </w:pPr>
      <w:r>
        <w:t>Téléchargez le modèle PDF ci-dessous.</w:t>
      </w:r>
    </w:p>
    <w:p>
      <w:pPr>
        <w:pStyle w:val="ListNumber"/>
      </w:pPr>
      <w:r>
        <w:t>Personnalisez les champs avec les informations de votre entreprise et du chantier.</w:t>
      </w:r>
    </w:p>
    <w:p>
      <w:pPr>
        <w:pStyle w:val="ListNumber"/>
      </w:pPr>
      <w:r>
        <w:t>Faites valider le document par un responsable sécurité ou un expert amiante.</w:t>
      </w:r>
    </w:p>
    <w:p>
      <w:pPr>
        <w:pStyle w:val="ListNumber"/>
      </w:pPr>
      <w:r>
        <w:t>Diffusez le document aux équipes concernées et assurez-vous de sa bonne compréhension.</w:t>
      </w:r>
    </w:p>
    <w:p>
      <w:pPr>
        <w:pStyle w:val="ListNumber"/>
      </w:pPr>
      <w:r>
        <w:t>Utilisez le document comme référence lors de la préparation et de l'exécution des travaux.</w:t>
      </w:r>
    </w:p>
    <w:p>
      <w:pPr>
        <w:pStyle w:val="Heading1"/>
      </w:pPr>
      <w:r>
        <w:t>Contenu du modèle</w:t>
      </w:r>
    </w:p>
    <w:p>
      <w:r>
        <w:t>Le modèle comprend : l'identification de l'entreprise et du chantier, la description des opérations, l'évaluation des risques, les mesures de protection collective et individuelle, les procédures d'urgence, et les modalités de gestion des déchets.</w:t>
      </w:r>
    </w:p>
    <w:p>
      <w:pPr>
        <w:pStyle w:val="Heading1"/>
      </w:pPr>
      <w:r>
        <w:t>Comment utiliser ce modèle</w:t>
      </w:r>
    </w:p>
    <w:p>
      <w:r>
        <w:t>Remplissez chaque section avec les informations spécifiques à votre intervention. Adaptez les mesures de sécurité en fonction de l'évaluation des risques. Le document doit être signé par le responsable de l'opération et communiqué à tous les intervenants.</w:t>
      </w:r>
    </w:p>
    <w:p>
      <w:pPr>
        <w:pStyle w:val="Heading1"/>
      </w:pPr>
      <w:r>
        <w:t>Modèle prêt à adapter</w:t>
      </w:r>
    </w:p>
    <w:p>
      <w:r>
        <w:t>[Logo entreprise] MODE OPÉRATOIRE – TRAVAUX SUR MATÉRIAUX CONTENANT DE L'AMIANTE (SOUS-SECTION 4) 1. IDENTIFICATION - Entreprise : [Nom de l'entreprise] - Adresse : [Adresse] - Responsable de l'opération : [Nom] - Date de l'opération : [Date] - Lieu du chantier : [Adresse du chantier] 2. DESCRIPTION DE L'OPÉRATION - Nature des travaux : [Description précise] - Matériaux concernés : [Liste des matériaux] - Quantité estimée : [Quantité] - Durée prévue : [Durée] 3. ÉVALUATION DES RISQUES - Risques identifiés : [Exposition à l'amiante, chutes, etc.] - Niveau d'empoussièrement estimé : [Faible/Moyen/Élevé] - Mesures de prévention : [Décrire les mesures] 4. MESURES DE PROTECTION COLLECTIVE - Balisage de la zone : [Oui/Non et description] - Ventilation : [Type et mise en place] - Nettoyage : [Fréquence et méthode] 5. MESURES DE PROTECTION INDIVIDUELLE - EPI requis : [Combinaison jetable, masque FFP3, gants, etc.] - Vérification des EPI : [Procédure] 6. PROCÉDURES D'URGENCE - En cas d'incident : [Conduite à tenir] - Numéros d'urgence : [Liste] 7. GESTION DES DÉCHETS - Conditionnement : [Sacs étanches, conteneurs] - Élimination : [Filière agréée] 8. VALIDATION - Rédigé par : [Nom et fonction] - Validé par : [Nom et fonction] - Date de validation : [Date] Signature :</w:t>
      </w:r>
    </w:p>
    <w:p>
      <w:pPr>
        <w:pStyle w:val="Heading1"/>
      </w:pPr>
      <w:r>
        <w:t>Checklist</w:t>
      </w:r>
    </w:p>
    <w:p>
      <w:r>
        <w:t>☐ Identification de l'entreprise et du chantier complétée</w:t>
      </w:r>
    </w:p>
    <w:p>
      <w:r>
        <w:t>☐ Description des travaux détaillée</w:t>
      </w:r>
    </w:p>
    <w:p>
      <w:r>
        <w:t>☐ Évaluation des risques réalisée</w:t>
      </w:r>
    </w:p>
    <w:p>
      <w:r>
        <w:t>☐ Mesures de protection collective définies</w:t>
      </w:r>
    </w:p>
    <w:p>
      <w:r>
        <w:t>☐ EPI adaptés et disponibles</w:t>
      </w:r>
    </w:p>
    <w:p>
      <w:r>
        <w:t>☐ Procédures d'urgence affichées</w:t>
      </w:r>
    </w:p>
    <w:p>
      <w:r>
        <w:t>☐ Plan de gestion des déchets établi</w:t>
      </w:r>
    </w:p>
    <w:p>
      <w:r>
        <w:t>☐ Document validé par un responsable</w:t>
      </w:r>
    </w:p>
    <w:p>
      <w:r>
        <w:t>☐ Document communiqué à l'équipe</w:t>
      </w:r>
    </w:p>
    <w:p>
      <w:r>
        <w:t>☐ Formation des intervenants à jour</w:t>
      </w:r>
    </w:p>
    <w:p>
      <w:pPr>
        <w:pStyle w:val="Heading1"/>
      </w:pPr>
      <w:r>
        <w:t>Questions fréquentes</w:t>
      </w:r>
    </w:p>
    <w:p>
      <w:r>
        <w:rPr>
          <w:b/>
        </w:rPr>
        <w:t>Qu'est-ce que la sous-section 4 ?</w:t>
      </w:r>
    </w:p>
    <w:p>
      <w:r>
        <w:t>La sous-section 4 concerne les opérations sur des matériaux contenant de l'amiante dans les bâtiments, telles que le retrait ou l'encapsulage. Elle impose des exigences spécifiques en matière de protection des travailleurs et de traçabilité.</w:t>
      </w:r>
    </w:p>
    <w:p>
      <w:r>
        <w:rPr>
          <w:b/>
        </w:rPr>
        <w:t>Ce modèle est-il conforme à la réglementation ?</w:t>
      </w:r>
    </w:p>
    <w:p>
      <w:r>
        <w:t>Ce modèle est un exemple basé sur les principes généraux de prévention. Il doit être adapté à votre situation et validé par un professionnel compétent pour garantir la conformité avec la réglementation en vigueur.</w:t>
      </w:r>
    </w:p>
    <w:p>
      <w:r>
        <w:rPr>
          <w:b/>
        </w:rPr>
        <w:t>Puis-je utiliser ce document pour tous mes chantiers ?</w:t>
      </w:r>
    </w:p>
    <w:p>
      <w:r>
        <w:t>Non, chaque chantier présente des risques spécifiques. Vous devez personnaliser le mode opératoire en fonction de l'évaluation des risques et des conditions particulières de chaque intervention.</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