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Liste d'Aptitudes Professionnelles pour CV</w:t>
      </w:r>
    </w:p>
    <w:p>
      <w:r>
        <w:t>Cette ressource vous propose une liste organisée d'aptitudes professionnelles à intégrer dans votre CV, avec des conseils pour les adapter à votre recherche d'emploi. Utilisez-la comme base pour mettre en valeur vos compétences et vous démarquer auprès des recruteurs.</w:t>
      </w:r>
    </w:p>
    <w:p>
      <w:r>
        <w:rPr>
          <w:b/>
        </w:rPr>
        <w:t>Ce document est fourni à titre indicatif. Adaptez toujours les aptitudes à votre profil et à l'offre d'emploi visée.</w:t>
      </w:r>
    </w:p>
    <w:p>
      <w:pPr>
        <w:pStyle w:val="Heading1"/>
      </w:pPr>
      <w:r>
        <w:t>Mode d'emploi</w:t>
      </w:r>
    </w:p>
    <w:p>
      <w:pPr>
        <w:pStyle w:val="ListNumber"/>
      </w:pPr>
      <w:r>
        <w:t>Analysez l'offre d'emploi : repérez les aptitudes clés demandées.</w:t>
      </w:r>
    </w:p>
    <w:p>
      <w:pPr>
        <w:pStyle w:val="ListNumber"/>
      </w:pPr>
      <w:r>
        <w:t>Sélectionnez 5 à 8 aptitudes pertinentes pour le poste.</w:t>
      </w:r>
    </w:p>
    <w:p>
      <w:pPr>
        <w:pStyle w:val="ListNumber"/>
      </w:pPr>
      <w:r>
        <w:t>Placez-les dans une section 'Compétences' ou 'Aptitudes' de votre CV.</w:t>
      </w:r>
    </w:p>
    <w:p>
      <w:pPr>
        <w:pStyle w:val="ListNumber"/>
      </w:pPr>
      <w:r>
        <w:t>Pour chaque aptitude, donnez un exemple concret de mise en œuvre.</w:t>
      </w:r>
    </w:p>
    <w:p>
      <w:pPr>
        <w:pStyle w:val="ListNumber"/>
      </w:pPr>
      <w:r>
        <w:t>Relisez et ajustez en fonction du secteur et de l'entreprise.</w:t>
      </w:r>
    </w:p>
    <w:p>
      <w:pPr>
        <w:pStyle w:val="Heading1"/>
      </w:pPr>
      <w:r>
        <w:t>Aptitudes comportementales (savoir-être)</w:t>
      </w:r>
    </w:p>
    <w:p>
      <w:r>
        <w:t>Ces aptitudes reflètent votre personnalité et votre façon de travailler. Exemples : communication, esprit d'équipe, adaptabilité, gestion du stress, leadership, créativité, organisation, autonomie, empathie, rigueur.</w:t>
      </w:r>
    </w:p>
    <w:p>
      <w:pPr>
        <w:pStyle w:val="Heading1"/>
      </w:pPr>
      <w:r>
        <w:t>Aptitudes techniques (savoir-faire)</w:t>
      </w:r>
    </w:p>
    <w:p>
      <w:r>
        <w:t>Ces aptitudes sont liées à des connaissances spécifiques. Exemples : maîtrise de logiciels (Excel, Photoshop), langues étrangères, programmation, comptabilité, gestion de projet, marketing digital, rédaction, analyse de données.</w:t>
      </w:r>
    </w:p>
    <w:p>
      <w:pPr>
        <w:pStyle w:val="Heading1"/>
      </w:pPr>
      <w:r>
        <w:t>Comment les mettre en valeur</w:t>
      </w:r>
    </w:p>
    <w:p>
      <w:r>
        <w:t>Utilisez des verbes d'action (ex. 'géré', 'développé'), quantifiez vos réalisations (ex. 'augmentation de 20%'), et intégrez les aptitudes dans vos expériences professionnelles. Évitez les listes génériques sans contexte.</w:t>
      </w:r>
    </w:p>
    <w:p>
      <w:pPr>
        <w:pStyle w:val="Heading1"/>
      </w:pPr>
      <w:r>
        <w:t>Modèle prêt à adapter</w:t>
      </w:r>
    </w:p>
    <w:p>
      <w:r>
        <w:t>APTITUDES PROFESSIONNELLES Savoir-être : - Communication : [exemple de réalisation] - Travail en équipe : [exemple] - Adaptabilité : [exemple] - Gestion du stress : [exemple] - Leadership : [exemple] Savoir-faire : - [Compétence technique 1] : [niveau ou outil] - [Compétence technique 2] : [niveau ou outil] - [Compétence technique 3] : [niveau ou outil] Exemple de formulation : - 'Capacité à animer des réunions d'équipe (5 ans d'expérience)' - 'Maîtrise avancée d'Excel : création de tableaux de bord automatisés'</w:t>
      </w:r>
    </w:p>
    <w:p>
      <w:pPr>
        <w:pStyle w:val="Heading1"/>
      </w:pPr>
      <w:r>
        <w:t>Checklist</w:t>
      </w:r>
    </w:p>
    <w:p>
      <w:r>
        <w:t>☐ J'ai identifié les aptitudes demandées dans l'offre.</w:t>
      </w:r>
    </w:p>
    <w:p>
      <w:r>
        <w:t>☐ J'ai sélectionné des aptitudes pertinentes pour le poste.</w:t>
      </w:r>
    </w:p>
    <w:p>
      <w:r>
        <w:t>☐ J'ai utilisé des verbes d'action.</w:t>
      </w:r>
    </w:p>
    <w:p>
      <w:r>
        <w:t>☐ J'ai donné des exemples concrets pour chaque aptitude.</w:t>
      </w:r>
    </w:p>
    <w:p>
      <w:r>
        <w:t>☐ J'ai adapté la liste à l'entreprise et au secteur.</w:t>
      </w:r>
    </w:p>
    <w:p>
      <w:r>
        <w:t>☐ J'ai relu et corrigé les fautes.</w:t>
      </w:r>
    </w:p>
    <w:p>
      <w:r>
        <w:t>☐ J'ai évité les aptitudes trop génériques.</w:t>
      </w:r>
    </w:p>
    <w:p>
      <w:r>
        <w:t>☐ J'ai intégré les aptitudes dans mes expériences.</w:t>
      </w:r>
    </w:p>
    <w:p>
      <w:pPr>
        <w:pStyle w:val="Heading1"/>
      </w:pPr>
      <w:r>
        <w:t>Questions fréquentes</w:t>
      </w:r>
    </w:p>
    <w:p>
      <w:r>
        <w:rPr>
          <w:b/>
        </w:rPr>
        <w:t>Combien d'aptitudes dois-je lister sur mon CV ?</w:t>
      </w:r>
    </w:p>
    <w:p>
      <w:r>
        <w:t>Il est recommandé de lister 5 à 8 aptitudes les plus pertinentes pour le poste. Trop d'aptitudes diluent votre message ; trop peu peuvent sembler insuffisant.</w:t>
      </w:r>
    </w:p>
    <w:p>
      <w:r>
        <w:rPr>
          <w:b/>
        </w:rPr>
        <w:t>Dois-je séparer savoir-être et savoir-faire ?</w:t>
      </w:r>
    </w:p>
    <w:p>
      <w:r>
        <w:t>Oui, cela aide le recruteur à identifier rapidement vos compétences transversales et techniques. Vous pouvez aussi les intégrer dans vos expériences, mais une section dédiée est souvent appréciée.</w:t>
      </w:r>
    </w:p>
    <w:p>
      <w:r>
        <w:rPr>
          <w:b/>
        </w:rPr>
        <w:t>Comment prouver mes aptitudes lors de l'entretien ?</w:t>
      </w:r>
    </w:p>
    <w:p>
      <w:r>
        <w:t>Préparez des exemples concrets de situations où vous avez utilisé ces aptitudes. Utilisez la méthode STAR (Situation, Tâche, Action, Résultat) pour structurer vos réponses.</w:t>
      </w:r>
    </w:p>
    <w:p>
      <w:r>
        <w:t>Ressource créée par TopExemples.fr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