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Intentions de prière : exemples variés</w:t>
      </w:r>
    </w:p>
    <w:p>
      <w:r>
        <w:t>Découvrez 20 intentions de prière classées par thème pour nourrir votre vie spirituelle. Que vous priiez pour la santé, la famille, le travail ou la paix, ces exemples vous aideront à formuler vos demandes et à vous connecter plus profondément.</w:t>
      </w:r>
    </w:p>
    <w:p>
      <w:r>
        <w:rPr>
          <w:b/>
        </w:rPr>
        <w:t>Ces intentions sont des suggestions. Adaptez-les à votre propre foi et à votre situation personnelle.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un thème qui résonne avec votre situation actuelle.</w:t>
      </w:r>
    </w:p>
    <w:p>
      <w:pPr>
        <w:pStyle w:val="ListNumber"/>
      </w:pPr>
      <w:r>
        <w:t>Lisez les intentions proposées et sélectionnez celle qui correspond à votre cœur.</w:t>
      </w:r>
    </w:p>
    <w:p>
      <w:pPr>
        <w:pStyle w:val="ListNumber"/>
      </w:pPr>
      <w:r>
        <w:t>Personnalisez-la avec vos propres mots si nécessaire.</w:t>
      </w:r>
    </w:p>
    <w:p>
      <w:pPr>
        <w:pStyle w:val="ListNumber"/>
      </w:pPr>
      <w:r>
        <w:t>Intégrez-la dans votre moment de prière quotidien.</w:t>
      </w:r>
    </w:p>
    <w:p>
      <w:pPr>
        <w:pStyle w:val="Heading1"/>
      </w:pPr>
      <w:r>
        <w:t>Intentions pour la santé</w:t>
      </w:r>
    </w:p>
    <w:p>
      <w:r>
        <w:t>1. Pour la guérison de [Nom], je prie pour que la force divine l'accompagne et le rétablisse pleinement.</w:t>
        <w:br/>
        <w:t>2. Pour les soignants et tous ceux qui œuvrent pour la santé, qu'ils soient soutenus et protégés.</w:t>
        <w:br/>
        <w:t>3. Pour ma propre santé, que je sois guidé vers des choix de vie bénéfiques.</w:t>
      </w:r>
    </w:p>
    <w:p>
      <w:pPr>
        <w:pStyle w:val="Heading1"/>
      </w:pPr>
      <w:r>
        <w:t>Intentions pour la famille</w:t>
      </w:r>
    </w:p>
    <w:p>
      <w:r>
        <w:t>4. Pour l'unité et l'amour au sein de ma famille.</w:t>
        <w:br/>
        <w:t>5. Pour mes enfants, qu'ils grandissent dans la sagesse et la bienveillance.</w:t>
        <w:br/>
        <w:t>6. Pour mes parents, qu'ils soient bénis et en bonne santé.</w:t>
      </w:r>
    </w:p>
    <w:p>
      <w:pPr>
        <w:pStyle w:val="Heading1"/>
      </w:pPr>
      <w:r>
        <w:t>Intentions pour le travail</w:t>
      </w:r>
    </w:p>
    <w:p>
      <w:r>
        <w:t>7. Pour la réussite de mon projet professionnel.</w:t>
        <w:br/>
        <w:t>8. Pour un environnement de travail harmonieux et respectueux.</w:t>
        <w:br/>
        <w:t>9. Pour que je trouve un travail qui ait du sens et qui me permette de servir.</w:t>
      </w:r>
    </w:p>
    <w:p>
      <w:pPr>
        <w:pStyle w:val="Heading1"/>
      </w:pPr>
      <w:r>
        <w:t>Intentions pour la paix</w:t>
      </w:r>
    </w:p>
    <w:p>
      <w:r>
        <w:t>10. Pour la paix dans le monde, que les conflits cessent et que la justice règne.</w:t>
        <w:br/>
        <w:t>11. Pour la paix intérieure, que je sois libéré de mes angoisses et de mes peurs.</w:t>
        <w:br/>
        <w:t>12. Pour les personnes en situation de guerre ou de violence, qu'elles trouvent refuge et espoir.</w:t>
      </w:r>
    </w:p>
    <w:p>
      <w:pPr>
        <w:pStyle w:val="Heading1"/>
      </w:pPr>
      <w:r>
        <w:t>Intentions de gratitude</w:t>
      </w:r>
    </w:p>
    <w:p>
      <w:r>
        <w:t>13. Pour rendre grâce pour les bienfaits reçus : ma santé, ma famille, mes amis.</w:t>
        <w:br/>
        <w:t>14. Pour la beauté de la nature et la création.</w:t>
        <w:br/>
        <w:t>15. Pour les épreuves qui m'ont fait grandir.</w:t>
      </w:r>
    </w:p>
    <w:p>
      <w:pPr>
        <w:pStyle w:val="Heading1"/>
      </w:pPr>
      <w:r>
        <w:t>Intentions pour les autres</w:t>
      </w:r>
    </w:p>
    <w:p>
      <w:r>
        <w:t>16. Pour les personnes dans le besoin, qu'elles trouvent de l'aide.</w:t>
        <w:br/>
        <w:t>17. Pour ceux qui sont seuls ou découragés, qu'ils rencontrent la consolation.</w:t>
        <w:br/>
        <w:t>18. Pour les dirigeants, qu'ils agissent avec sagesse et intégrité.</w:t>
      </w:r>
    </w:p>
    <w:p>
      <w:pPr>
        <w:pStyle w:val="Heading1"/>
      </w:pPr>
      <w:r>
        <w:t>Intentions spirituelles</w:t>
      </w:r>
    </w:p>
    <w:p>
      <w:r>
        <w:t>19. Pour approfondir ma foi et ma relation avec le divin.</w:t>
        <w:br/>
        <w:t>20. Pour discerner la volonté divine dans ma vie.</w:t>
      </w:r>
    </w:p>
    <w:p>
      <w:pPr>
        <w:pStyle w:val="Heading1"/>
      </w:pPr>
      <w:r>
        <w:t>Modèle prêt à adapter</w:t>
      </w:r>
    </w:p>
    <w:p>
      <w:r>
        <w:t>Voici une structure pour créer vos propres intentions : [Thème] : Pour [personne ou groupe], je prie pour que [demande précise], afin que [résultat espéré]. Exemple : Pour ma sœur, je prie pour qu'elle trouve la force de traverser cette épreuve, afin qu'elle retrouve la joie de vivre.</w:t>
      </w:r>
    </w:p>
    <w:p>
      <w:pPr>
        <w:pStyle w:val="Heading1"/>
      </w:pPr>
      <w:r>
        <w:t>Checklist</w:t>
      </w:r>
    </w:p>
    <w:p>
      <w:r>
        <w:t>☐ Choisissez un moment calme pour prier.</w:t>
      </w:r>
    </w:p>
    <w:p>
      <w:r>
        <w:t>☐ Formulez votre intention de manière positive.</w:t>
      </w:r>
    </w:p>
    <w:p>
      <w:r>
        <w:t>☐ Soyez précis dans votre demande.</w:t>
      </w:r>
    </w:p>
    <w:p>
      <w:r>
        <w:t>☐ Confiez votre intention avec foi et confiance.</w:t>
      </w:r>
    </w:p>
    <w:p>
      <w:r>
        <w:t>☐ Terminez par une action de grâce.</w:t>
      </w:r>
    </w:p>
    <w:p>
      <w:r>
        <w:t>☐ Répétez votre intention régulièrement.</w:t>
      </w:r>
    </w:p>
    <w:p>
      <w:pPr>
        <w:pStyle w:val="Heading1"/>
      </w:pPr>
      <w:r>
        <w:t>Questions fréquentes</w:t>
      </w:r>
    </w:p>
    <w:p>
      <w:r>
        <w:rPr>
          <w:b/>
        </w:rPr>
        <w:t>Comment choisir une intention de prière ?</w:t>
      </w:r>
    </w:p>
    <w:p>
      <w:r>
        <w:t>Écoutez votre cœur et identifiez vos besoins ou ceux des autres. Vous pouvez aussi vous inspirer des thèmes proposés et adapter les formulations.</w:t>
      </w:r>
    </w:p>
    <w:p>
      <w:r>
        <w:rPr>
          <w:b/>
        </w:rPr>
        <w:t>Puis-je utiliser ces intentions dans un groupe de prière ?</w:t>
      </w:r>
    </w:p>
    <w:p>
      <w:r>
        <w:t>Oui, vous pouvez les partager lors d'une prière commune. Adaptez-les au contexte du groupe et à la sensibilité de chacun.</w:t>
      </w:r>
    </w:p>
    <w:p>
      <w:r>
        <w:rPr>
          <w:b/>
        </w:rPr>
        <w:t>Ces intentions sont-elles liées à une religion spécifique ?</w:t>
      </w:r>
    </w:p>
    <w:p>
      <w:r>
        <w:t>Non, elles sont volontairement générales et peuvent être utilisées dans différentes traditions spirituelles. Personnalisez-les selon votre croyance.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