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 Idées de Projets Créatifs pour Vous Lancer</w:t>
      </w:r>
    </w:p>
    <w:p>
      <w:r>
        <w:t>Vous cherchez l'étincelle qui déclenchera votre prochain grand projet ? Voici 20 idées concrètes, variées et réalisables, avec pour chacune les étapes clés et les compétences nécessaires. Que vous soyez passionné de tech, d'art, de social ou de business, il y a forcément une idée qui vous correspond.</w:t>
      </w:r>
    </w:p>
    <w:p>
      <w:r>
        <w:rPr>
          <w:b/>
        </w:rPr>
        <w:t>Ces idées sont fournies à titre d'inspiration. Adaptez-les à vos compétences, à votre budget et à vos envies. Aucune garantie de succès n'est associée à ces propositions.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Choisissez une idée qui vous passionne et qui correspond à vos compétences actuelles.</w:t>
      </w:r>
    </w:p>
    <w:p>
      <w:pPr>
        <w:pStyle w:val="ListNumber"/>
      </w:pPr>
      <w:r>
        <w:t>Définissez un objectif clair et mesurable pour votre projet.</w:t>
      </w:r>
    </w:p>
    <w:p>
      <w:pPr>
        <w:pStyle w:val="ListNumber"/>
      </w:pPr>
      <w:r>
        <w:t>Listez les ressources nécessaires (temps, budget, outils, compétences).</w:t>
      </w:r>
    </w:p>
    <w:p>
      <w:pPr>
        <w:pStyle w:val="ListNumber"/>
      </w:pPr>
      <w:r>
        <w:t>Établissez un plan d'action avec des étapes intermédiaires et des échéances.</w:t>
      </w:r>
    </w:p>
    <w:p>
      <w:pPr>
        <w:pStyle w:val="ListNumber"/>
      </w:pPr>
      <w:r>
        <w:t>Lancez-vous progressivement, en testant et en ajustant au fur et à mesure.</w:t>
      </w:r>
    </w:p>
    <w:p>
      <w:pPr>
        <w:pStyle w:val="Heading1"/>
      </w:pPr>
      <w:r>
        <w:t>Idées dans le domaine de la technologie</w:t>
      </w:r>
    </w:p>
    <w:p>
      <w:r>
        <w:t>1. Développer une application mobile de suivi d'habitudes (difficulté : moyenne, compétences : programmation mobile, UI/UX). 2. Créer un site web de portfolio interactif (difficulté : facile, compétences : HTML/CSS, design). 3. Concevoir un objet connecté pour la maison (difficulté : élevée, compétences : électronique, programmation). 4. Lancer un blog spécialisé en intelligence artificielle (difficulté : facile, compétences : rédaction, veille technologique). 5. Développer un chatbot pour un service client (difficulté : moyenne, compétences : programmation, traitement du langage naturel).</w:t>
      </w:r>
    </w:p>
    <w:p>
      <w:pPr>
        <w:pStyle w:val="Heading1"/>
      </w:pPr>
      <w:r>
        <w:t>Idées artistiques et créatives</w:t>
      </w:r>
    </w:p>
    <w:p>
      <w:r>
        <w:t>6. Réaliser une série de podcasts sur un thème qui vous passionne (difficulté : moyenne, compétences : écriture, montage audio). 7. Créer une boutique en ligne de produits artisanaux (difficulté : moyenne, compétences : artisanat, e-commerce). 8. Organiser une exposition virtuelle de vos œuvres (difficulté : moyenne, compétences : création artistique, outils numériques). 9. Écrire et publier un recueil de nouvelles (difficulté : moyenne, compétences : écriture, édition). 10. Produire une vidéo YouTube éducative sur un sujet pointu (difficulté : facile, compétences : vidéo, vulgarisation).</w:t>
      </w:r>
    </w:p>
    <w:p>
      <w:pPr>
        <w:pStyle w:val="Heading1"/>
      </w:pPr>
      <w:r>
        <w:t>Projets à impact social</w:t>
      </w:r>
    </w:p>
    <w:p>
      <w:r>
        <w:t>11. Lancer une collecte de fonds pour une association locale (difficulté : facile, compétences : organisation, communication). 12. Créer un programme de mentorat pour les jeunes de votre quartier (difficulté : moyenne, compétences : pédagogie, coordination). 13. Organiser une journée de nettoyage d'un espace public (difficulté : facile, compétences : logistique, mobilisation). 14. Développer une plateforme de bénévolat en ligne (difficulté : élevée, compétences : développement web, gestion de communauté). 15. Mettre en place un jardin partagé dans votre ville (difficulté : moyenne, compétences : jardinage, gestion de projet).</w:t>
      </w:r>
    </w:p>
    <w:p>
      <w:pPr>
        <w:pStyle w:val="Heading1"/>
      </w:pPr>
      <w:r>
        <w:t>Opportunités entrepreneuriales</w:t>
      </w:r>
    </w:p>
    <w:p>
      <w:r>
        <w:t>16. Créer une micro-entreprise de services à la personne (aide aux devoirs, petits travaux) (difficulté : facile, compétences : compétences spécifiques, gestion). 17. Lancer un service de livraison de repas faits maison (difficulté : moyenne, compétences : cuisine, logistique). 18. Développer une marque de vêtements éco-responsables (difficulté : élevée, compétences : design, sourcing, marketing). 19. Proposer des ateliers de formation en ligne sur un sujet que vous maîtrisez (difficulté : moyenne, compétences : expertise, pédagogie). 20. Créer une application de mise en relation de freelances locaux (difficulté : élevée, compétences : développement, business model).</w:t>
      </w:r>
    </w:p>
    <w:p>
      <w:pPr>
        <w:pStyle w:val="Heading1"/>
      </w:pPr>
      <w:r>
        <w:t>Modèle prêt à adapter</w:t>
      </w:r>
    </w:p>
    <w:p>
      <w:r>
        <w:t>Modèle de plan de projet à copier-coller : **Nom du projet** : [Nom] **Description** : [Décrivez en 2-3 phrases ce que vous voulez réaliser.] **Objectif principal** : [Objectif mesurable, ex : 'Lancer une application avec 100 téléchargements le premier mois.'] **Public cible** : [Qui est concerné ?] **Compétences requises** : [Listez les compétences nécessaires.] **Ressources nécessaires** : [Budget, outils, matériel, etc.] **Étapes clés** : 1. [Étape 1] 2. [Étape 2] 3. [Étape 3] **Échéancier** : [Date de début] à [Date de fin] **Indicateurs de succès** : [Comment saurez-vous que vous avez réussi ?]</w:t>
      </w:r>
    </w:p>
    <w:p>
      <w:pPr>
        <w:pStyle w:val="Heading1"/>
      </w:pPr>
      <w:r>
        <w:t>Checklist</w:t>
      </w:r>
    </w:p>
    <w:p>
      <w:r>
        <w:t>☐ Choisir une idée qui vous motive</w:t>
      </w:r>
    </w:p>
    <w:p>
      <w:r>
        <w:t>☐ Définir un objectif précis</w:t>
      </w:r>
    </w:p>
    <w:p>
      <w:r>
        <w:t>☐ Évaluer vos compétences et identifier les lacunes</w:t>
      </w:r>
    </w:p>
    <w:p>
      <w:r>
        <w:t>☐ Estimer le budget nécessaire</w:t>
      </w:r>
    </w:p>
    <w:p>
      <w:r>
        <w:t>☐ Planifier les étapes avec des échéances</w:t>
      </w:r>
    </w:p>
    <w:p>
      <w:r>
        <w:t>☐ Identifier les risques potentiels</w:t>
      </w:r>
    </w:p>
    <w:p>
      <w:r>
        <w:t>☐ Tester votre projet à petite échelle</w:t>
      </w:r>
    </w:p>
    <w:p>
      <w:r>
        <w:t>☐ Demander des retours à des personnes de confiance</w:t>
      </w:r>
    </w:p>
    <w:p>
      <w:r>
        <w:t>☐ Ajuster votre plan en fonction des retours</w:t>
      </w:r>
    </w:p>
    <w:p>
      <w:r>
        <w:t>☐ Célébrer chaque étape franchie</w:t>
      </w:r>
    </w:p>
    <w:p>
      <w:pPr>
        <w:pStyle w:val="Heading1"/>
      </w:pPr>
      <w:r>
        <w:t>Questions fréquentes</w:t>
      </w:r>
    </w:p>
    <w:p>
      <w:r>
        <w:rPr>
          <w:b/>
        </w:rPr>
        <w:t>Comment choisir parmi ces idées de projet ?</w:t>
      </w:r>
    </w:p>
    <w:p>
      <w:r>
        <w:t>Choisissez une idée qui correspond à vos centres d'intérêt, à vos compétences et à vos ressources disponibles. Commencez par un projet à petite échelle pour acquérir de l'expérience, puis développez-le progressivement.</w:t>
      </w:r>
    </w:p>
    <w:p>
      <w:r>
        <w:rPr>
          <w:b/>
        </w:rPr>
        <w:t>Quelles sont les compétences les plus demandées pour ces projets ?</w:t>
      </w:r>
    </w:p>
    <w:p>
      <w:r>
        <w:t>Les compétences varient selon le projet : programmation pour les projets tech, créativité pour les projets artistiques, communication pour les projets sociaux, et gestion pour les projets entrepreneuriaux. L'important est de combiner des compétences techniques et humaines.</w:t>
      </w:r>
    </w:p>
    <w:p>
      <w:r>
        <w:rPr>
          <w:b/>
        </w:rPr>
        <w:t>Combien de temps faut-il pour réaliser un de ces projets ?</w:t>
      </w:r>
    </w:p>
    <w:p>
      <w:r>
        <w:t>Cela dépend de la complexité. Un projet simple peut prendre quelques semaines, tandis qu'un projet plus ambitieux peut nécessiter plusieurs mois. Commencez par un projet réalisable en 1 à 3 mois pour garder la motivation.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