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Générateur de Jeux de Mots Français</w:t>
      </w:r>
    </w:p>
    <w:p>
      <w:r>
        <w:t>Découvrez notre générateur de jeux de mots en français : saisissez un mot ou un thème, et obtenez instantanément des calembours, des contrepèteries et des expressions amusantes. Un outil ludique pour enrichir votre vocabulaire et faire sourire votre entourage.</w:t>
      </w:r>
    </w:p>
    <w:p>
      <w:r>
        <w:rPr>
          <w:b/>
        </w:rPr>
        <w:t>Ce générateur est fourni à titre ludique et pédagogique. Les jeux de mots proposés sont générés automatiquement à partir de bases de données linguistiques et peuvent ne pas être toujours pertinents ou adaptés à tous les contextes. Utilisez-les avec discernement.</w:t>
      </w:r>
    </w:p>
    <w:p>
      <w:pPr>
        <w:pStyle w:val="Heading1"/>
      </w:pPr>
      <w:r>
        <w:t>Mode d'emploi</w:t>
      </w:r>
    </w:p>
    <w:p>
      <w:pPr>
        <w:pStyle w:val="ListNumber"/>
      </w:pPr>
      <w:r>
        <w:t>Saisissez un mot ou un thème dans le champ prévu à cet effet (ex. : 'chat', 'amour', 'travail').</w:t>
      </w:r>
    </w:p>
    <w:p>
      <w:pPr>
        <w:pStyle w:val="ListNumber"/>
      </w:pPr>
      <w:r>
        <w:t>Cliquez sur le bouton 'Générer' pour lancer la recherche.</w:t>
      </w:r>
    </w:p>
    <w:p>
      <w:pPr>
        <w:pStyle w:val="ListNumber"/>
      </w:pPr>
      <w:r>
        <w:t>Parcourez les jeux de mots proposés, classés par type (calembour, homophone, double sens, etc.).</w:t>
      </w:r>
    </w:p>
    <w:p>
      <w:pPr>
        <w:pStyle w:val="ListNumber"/>
      </w:pPr>
      <w:r>
        <w:t>Cliquez sur un jeu de mots pour voir une explication détaillée du mécanisme utilisé.</w:t>
      </w:r>
    </w:p>
    <w:p>
      <w:pPr>
        <w:pStyle w:val="ListNumber"/>
      </w:pPr>
      <w:r>
        <w:t>Utilisez le bouton 'Copier' pour intégrer facilement le jeu de mots dans vos écrits ou vos conversations.</w:t>
      </w:r>
    </w:p>
    <w:p>
      <w:pPr>
        <w:pStyle w:val="Heading1"/>
      </w:pPr>
      <w:r>
        <w:t>Comment fonctionne le générateur ?</w:t>
      </w:r>
    </w:p>
    <w:p>
      <w:r>
        <w:t>Notre générateur utilise une base de données de mots français, leurs homophones, synonymes et expressions courantes. Il applique ensuite des algorithmes de transformation (substitution, ajout, inversion) pour créer des jeux de mots. Par exemple, pour le mot 'pain', il peut générer 'pain d'épices' ou 'il faut que jeunesse se passe, mais pas le pain'. Les explications vous aident à comprendre le mécanisme.</w:t>
      </w:r>
    </w:p>
    <w:p>
      <w:pPr>
        <w:pStyle w:val="Heading1"/>
      </w:pPr>
      <w:r>
        <w:t>Exemples de jeux de mots générés</w:t>
      </w:r>
    </w:p>
    <w:p>
      <w:r>
        <w:t>Voici quelques exemples : pour 'lune', on obtient 'la lune est dans son plein, mais elle n'a pas de plomb' ; pour 'café', 'le café est moulu, mais pas moi' ; pour 'mer', 'la mer est belle, mais elle a des vagues'. Ces exemples illustrent la variété des jeux de mots possibles.</w:t>
      </w:r>
    </w:p>
    <w:p>
      <w:pPr>
        <w:pStyle w:val="Heading1"/>
      </w:pPr>
      <w:r>
        <w:t>Modèle prêt à adapter</w:t>
      </w:r>
    </w:p>
    <w:p>
      <w:r>
        <w:t>Générateur de jeux de mots français Saisissez un mot ou un thème : [Mot/Thème] Résultats : 1. [Jeu de mots 1] - Explication : [Explication] 2. [Jeu de mots 2] - Explication : [Explication] 3. [Jeu de mots 3] - Explication : [Explication] Astuce : Utilisez ces jeux de mots dans vos conversations, vos écrits créatifs ou vos discours pour ajouter une touche d'humour.</w:t>
      </w:r>
    </w:p>
    <w:p>
      <w:pPr>
        <w:pStyle w:val="Heading1"/>
      </w:pPr>
      <w:r>
        <w:t>Checklist</w:t>
      </w:r>
    </w:p>
    <w:p>
      <w:r>
        <w:t>☐ Choisir un mot ou un thème pertinent.</w:t>
      </w:r>
    </w:p>
    <w:p>
      <w:r>
        <w:t>☐ Vérifier la longueur du mot (2 à 10 lettres idéalement).</w:t>
      </w:r>
    </w:p>
    <w:p>
      <w:r>
        <w:t>☐ Cliquer sur 'Générer' pour obtenir des résultats.</w:t>
      </w:r>
    </w:p>
    <w:p>
      <w:r>
        <w:t>☐ Lire les explications pour comprendre le mécanisme.</w:t>
      </w:r>
    </w:p>
    <w:p>
      <w:r>
        <w:t>☐ Sélectionner un jeu de mots adapté au contexte.</w:t>
      </w:r>
    </w:p>
    <w:p>
      <w:r>
        <w:t>☐ Copier le jeu de mots choisi.</w:t>
      </w:r>
    </w:p>
    <w:p>
      <w:r>
        <w:t>☐ Tester le jeu de mots auprès de votre entourage.</w:t>
      </w:r>
    </w:p>
    <w:p>
      <w:r>
        <w:t>☐ Adapter si nécessaire pour améliorer l'effet comique.</w:t>
      </w:r>
    </w:p>
    <w:p>
      <w:pPr>
        <w:pStyle w:val="Heading1"/>
      </w:pPr>
      <w:r>
        <w:t>Questions fréquentes</w:t>
      </w:r>
    </w:p>
    <w:p>
      <w:r>
        <w:rPr>
          <w:b/>
        </w:rPr>
        <w:t>Le générateur est-il gratuit ?</w:t>
      </w:r>
    </w:p>
    <w:p>
      <w:r>
        <w:t>Oui, le générateur de jeux de mots est entièrement gratuit. Vous pouvez l'utiliser sans limite, que ce soit pour un usage personnel ou professionnel.</w:t>
      </w:r>
    </w:p>
    <w:p>
      <w:r>
        <w:rPr>
          <w:b/>
        </w:rPr>
        <w:t>Puis-je utiliser les jeux de mots générés dans mes publications ?</w:t>
      </w:r>
    </w:p>
    <w:p>
      <w:r>
        <w:t>Absolument. Les jeux de mots générés sont libres de droits. Vous pouvez les utiliser dans vos articles, vos réseaux sociaux, vos présentations, etc. Cependant, nous vous recommandons de vérifier qu'ils ne sont pas déjà utilisés dans un contexte protégé.</w:t>
      </w:r>
    </w:p>
    <w:p>
      <w:r>
        <w:rPr>
          <w:b/>
        </w:rPr>
        <w:t>Comment améliorer la qualité des jeux de mots proposés ?</w:t>
      </w:r>
    </w:p>
    <w:p>
      <w:r>
        <w:t>La qualité dépend du mot ou du thème saisi. Les mots courts et courants donnent souvent de meilleurs résultats. Vous pouvez aussi essayer des thèmes plus larges comme 'animaux' ou 'métiers' pour obtenir plus de variété.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