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Générateur d'Intitulés de Poste</w:t>
      </w:r>
    </w:p>
    <w:p>
      <w:r>
        <w:t>Trouvez l'intitulé de poste idéal pour votre profil ou votre offre d'emploi. Cet outil interactif vous propose des suggestions personnalisées en fonction de votre secteur, de votre niveau de responsabilité et de vos compétences. Utilisez-le pour affiner votre recherche ou pour créer une annonce plus attractive.</w:t>
      </w:r>
    </w:p>
    <w:p>
      <w:r>
        <w:rPr>
          <w:b/>
        </w:rPr>
        <w:t>Les suggestions sont générées à titre indicatif. Adaptez-les à votre contexte professionnel et vérifiez leur pertinence.</w:t>
      </w:r>
    </w:p>
    <w:p>
      <w:pPr>
        <w:pStyle w:val="Heading1"/>
      </w:pPr>
      <w:r>
        <w:t>Mode d'emploi</w:t>
      </w:r>
    </w:p>
    <w:p>
      <w:pPr>
        <w:pStyle w:val="ListNumber"/>
      </w:pPr>
      <w:r>
        <w:t>Sélectionnez votre secteur d'activité dans la liste déroulante.</w:t>
      </w:r>
    </w:p>
    <w:p>
      <w:pPr>
        <w:pStyle w:val="ListNumber"/>
      </w:pPr>
      <w:r>
        <w:t>Choisissez votre niveau de responsabilité (junior, confirmé, senior, cadre, direction).</w:t>
      </w:r>
    </w:p>
    <w:p>
      <w:pPr>
        <w:pStyle w:val="ListNumber"/>
      </w:pPr>
      <w:r>
        <w:t>Indiquez vos compétences clés (par exemple : gestion de projet, marketing digital, développement web).</w:t>
      </w:r>
    </w:p>
    <w:p>
      <w:pPr>
        <w:pStyle w:val="ListNumber"/>
      </w:pPr>
      <w:r>
        <w:t>Cliquez sur « Générer » pour obtenir une liste d'intitulés suggérés.</w:t>
      </w:r>
    </w:p>
    <w:p>
      <w:pPr>
        <w:pStyle w:val="ListNumber"/>
      </w:pPr>
      <w:r>
        <w:t>Affinez les résultats en modifiant vos critères si nécessaire.</w:t>
      </w:r>
    </w:p>
    <w:p>
      <w:pPr>
        <w:pStyle w:val="Heading1"/>
      </w:pPr>
      <w:r>
        <w:t>Comment utiliser le générateur ?</w:t>
      </w:r>
    </w:p>
    <w:p>
      <w:r>
        <w:t>Le générateur fonctionne en associant votre secteur, votre niveau et vos compétences à des modèles d'intitulés éprouvés. Par exemple, si vous êtes dans le marketing avec un niveau senior et des compétences en stratégie, vous obtiendrez des suggestions comme « Directeur Marketing Stratégique » ou « Responsable Marketing Senior ». L'outil vous donne une base solide pour créer un intitulé précis et attractif.</w:t>
      </w:r>
    </w:p>
    <w:p>
      <w:pPr>
        <w:pStyle w:val="Heading1"/>
      </w:pPr>
      <w:r>
        <w:t>Pourquoi un bon intitulé est-il important ?</w:t>
      </w:r>
    </w:p>
    <w:p>
      <w:r>
        <w:t>Un intitulé de poste bien choisi clarifie votre rôle, attire les bons candidats et facilite la recherche d'emploi. Il doit refléter vos responsabilités et votre niveau, tout en restant compréhensible dans votre secteur. Un intitulé générique peut vous desservir ; visez la spécificité.</w:t>
      </w:r>
    </w:p>
    <w:p>
      <w:pPr>
        <w:pStyle w:val="Heading1"/>
      </w:pPr>
      <w:r>
        <w:t>Modèle prêt à adapter</w:t>
      </w:r>
    </w:p>
    <w:p>
      <w:r>
        <w:t>Modèle de fiche de poste avec intitulé suggéré : **Intitulé du poste** : [Intitulé généré] **Secteur** : [Secteur] **Niveau de responsabilité** : [Niveau] **Missions principales** : - [Mission 1] - [Mission 2] - [Mission 3] **Compétences requises** : - [Compétence 1] - [Compétence 2] - [Compétence 3] **Formation et expérience** : [Précisez le niveau d'études et l'expérience souhaitée] **Avantages** : [Listez les avantages] **Type de contrat** : [CDI, CDD, etc.] **Lieu** : [Ville, télétravail, etc.] **Rémunération** : [Indicative]</w:t>
      </w:r>
    </w:p>
    <w:p>
      <w:pPr>
        <w:pStyle w:val="Heading1"/>
      </w:pPr>
      <w:r>
        <w:t>Checklist</w:t>
      </w:r>
    </w:p>
    <w:p>
      <w:r>
        <w:t>☐ L'intitulé reflète-t-il précisément le niveau de responsabilité ?</w:t>
      </w:r>
    </w:p>
    <w:p>
      <w:r>
        <w:t>☐ Est-il compréhensible pour les candidats du secteur ?</w:t>
      </w:r>
    </w:p>
    <w:p>
      <w:r>
        <w:t>☐ Contient-il des mots-clés pertinents pour le référencement ?</w:t>
      </w:r>
    </w:p>
    <w:p>
      <w:r>
        <w:t>☐ Est-il conforme aux conventions de l'entreprise ?</w:t>
      </w:r>
    </w:p>
    <w:p>
      <w:r>
        <w:t>☐ Évite-t-il les termes trop vagues ou trop spécifiques ?</w:t>
      </w:r>
    </w:p>
    <w:p>
      <w:r>
        <w:t>☐ A-t-il été testé auprès de collègues ou de professionnels ?</w:t>
      </w:r>
    </w:p>
    <w:p>
      <w:r>
        <w:t>☐ Est-il adapté au marché de l'emploi actuel ?</w:t>
      </w:r>
    </w:p>
    <w:p>
      <w:pPr>
        <w:pStyle w:val="Heading1"/>
      </w:pPr>
      <w:r>
        <w:t>Questions fréquentes</w:t>
      </w:r>
    </w:p>
    <w:p>
      <w:r>
        <w:rPr>
          <w:b/>
        </w:rPr>
        <w:t>Puis-je utiliser les intitulés générés pour mon CV ?</w:t>
      </w:r>
    </w:p>
    <w:p>
      <w:r>
        <w:t>Oui, les intitulés suggérés peuvent être utilisés sur votre CV, mais assurez-vous qu'ils correspondent bien à vos expériences et aux attentes des recruteurs. Personnalisez-les si nécessaire.</w:t>
      </w:r>
    </w:p>
    <w:p>
      <w:r>
        <w:rPr>
          <w:b/>
        </w:rPr>
        <w:t>L'outil est-il gratuit ?</w:t>
      </w:r>
    </w:p>
    <w:p>
      <w:r>
        <w:t>Oui, ce générateur est entièrement gratuit et accessible en ligne. Vous pouvez l'utiliser autant de fois que vous le souhaitez.</w:t>
      </w:r>
    </w:p>
    <w:p>
      <w:r>
        <w:rPr>
          <w:b/>
        </w:rPr>
        <w:t>Que faire si aucun intitulé ne me convient ?</w:t>
      </w:r>
    </w:p>
    <w:p>
      <w:r>
        <w:t>Vous pouvez ajuster vos critères ou combiner des éléments de différentes suggestions. L'important est de créer un intitulé qui vous représente fidèlement.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