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Générateur d'annonce de naissance personnalisée</w:t>
      </w:r>
    </w:p>
    <w:p>
      <w:r>
        <w:t>Créez une annonce de naissance unique et touchante en quelques secondes. Remplissez les champs ci-dessous et obtenez un texte prêt à être envoyé ou imprimé.</w:t>
      </w:r>
    </w:p>
    <w:p>
      <w:r>
        <w:rPr>
          <w:b/>
        </w:rPr>
        <w:t>Ce générateur fournit des suggestions de textes. Personnalisez-les selon vos préférences et vérifiez l'exactitude des informations avant diffusion.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Choisissez le style de votre annonce (classique, humoristique, émouvant).</w:t>
      </w:r>
    </w:p>
    <w:p>
      <w:pPr>
        <w:pStyle w:val="ListNumber"/>
      </w:pPr>
      <w:r>
        <w:t>Renseignez le prénom, la date de naissance, le poids et la taille de votre bébé.</w:t>
      </w:r>
    </w:p>
    <w:p>
      <w:pPr>
        <w:pStyle w:val="ListNumber"/>
      </w:pPr>
      <w:r>
        <w:t>Indiquez les prénoms des parents et des éventuels frères et sœurs.</w:t>
      </w:r>
    </w:p>
    <w:p>
      <w:pPr>
        <w:pStyle w:val="ListNumber"/>
      </w:pPr>
      <w:r>
        <w:t>Cliquez sur « Générer » pour obtenir votre texte personnalisé.</w:t>
      </w:r>
    </w:p>
    <w:p>
      <w:pPr>
        <w:pStyle w:val="ListNumber"/>
      </w:pPr>
      <w:r>
        <w:t>Copiez, modifiez et partagez votre annonce.</w:t>
      </w:r>
    </w:p>
    <w:p>
      <w:pPr>
        <w:pStyle w:val="Heading1"/>
      </w:pPr>
      <w:r>
        <w:t>Comment utiliser ce générateur ?</w:t>
      </w:r>
    </w:p>
    <w:p>
      <w:r>
        <w:t>Sélectionnez le style qui vous correspond, remplissez les informations demandées, puis générez votre texte. Vous pouvez ajuster les formulations selon vos envies. Chaque style propose une tonalité différente : classique pour une annonce sobre et élégante, humoristique pour faire sourire, émouvant pour des mots qui touchent le cœur.</w:t>
      </w:r>
    </w:p>
    <w:p>
      <w:pPr>
        <w:pStyle w:val="Heading1"/>
      </w:pPr>
      <w:r>
        <w:t>Exemples de textes générés</w:t>
      </w:r>
    </w:p>
    <w:p>
      <w:r>
        <w:t>Voici un aperçu des textes que vous pouvez obtenir :</w:t>
        <w:br/>
        <w:br/>
        <w:t>Classique : « Nous avons le bonheur de vous annoncer la naissance de [Prénom], né(e) le [Date] à [Heure]. Il/elle pesait [Poids] et mesurait [Taille]. Nous sommes comblés et avons hâte de vous le/la présenter. »</w:t>
        <w:br/>
        <w:br/>
        <w:t>Humoristique : « [Prénom] est arrivé(e) ! Nouveau chef(fe) à bord, il/elle a déjà pris le contrôle de la maison. Né(e) le [Date], il/elle pèse [Poids] et mesure [Taille]. Parents fatigués mais ravis ! »</w:t>
        <w:br/>
        <w:br/>
        <w:t>Émouvant : « Notre étoile est née. [Prénom], tu es arrivé(e) le [Date] et tu as illuminé nos vies. Avec tes [Poids] et tes [Taille], tu es déjà notre plus grand trésor. »</w:t>
      </w:r>
    </w:p>
    <w:p>
      <w:pPr>
        <w:pStyle w:val="Heading1"/>
      </w:pPr>
      <w:r>
        <w:t>Modèle prêt à adapter</w:t>
      </w:r>
    </w:p>
    <w:p>
      <w:r>
        <w:t>Voici un modèle d'annonce que vous pouvez adapter : [Prénom] est né(e) le [Date] à [Heure] à [Ville]. Il/elle pesait [Poids] et mesurait [Taille]. Nous sommes remplis de joie et nous avons hâte de vous faire découvrir notre petit trésor. Avec tout notre amour, [Prénom du parent 1] et [Prénom du parent 2]</w:t>
      </w:r>
    </w:p>
    <w:p>
      <w:pPr>
        <w:pStyle w:val="Heading1"/>
      </w:pPr>
      <w:r>
        <w:t>Checklist</w:t>
      </w:r>
    </w:p>
    <w:p>
      <w:r>
        <w:t>☐ Vérifier l'orthographe des prénoms et des dates.</w:t>
      </w:r>
    </w:p>
    <w:p>
      <w:r>
        <w:t>☐ Inclure le poids et la taille si vous le souhaitez.</w:t>
      </w:r>
    </w:p>
    <w:p>
      <w:r>
        <w:t>☐ Choisir une photo ou un visuel adapté.</w:t>
      </w:r>
    </w:p>
    <w:p>
      <w:r>
        <w:t>☐ Prévoir les adresses de vos proches.</w:t>
      </w:r>
    </w:p>
    <w:p>
      <w:r>
        <w:t>☐ Décider du format : carte papier, email, réseaux sociaux.</w:t>
      </w:r>
    </w:p>
    <w:p>
      <w:r>
        <w:t>☐ Personnaliser le texte avec une touche personnelle.</w:t>
      </w:r>
    </w:p>
    <w:p>
      <w:r>
        <w:t>☐ Relire avant envoi.</w:t>
      </w:r>
    </w:p>
    <w:p>
      <w:r>
        <w:t>☐ Préparer les enveloppes si envoi papier.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texte pour une annonce papier ?</w:t>
      </w:r>
    </w:p>
    <w:p>
      <w:r>
        <w:t>Oui, vous pouvez copier le texte généré et l'utiliser pour une carte papier. Pensez à adapter la mise en page et à ajouter une photo si vous le souhaitez.</w:t>
      </w:r>
    </w:p>
    <w:p>
      <w:r>
        <w:rPr>
          <w:b/>
        </w:rPr>
        <w:t>Le générateur fonctionne-t-il pour les jumeaux ?</w:t>
      </w:r>
    </w:p>
    <w:p>
      <w:r>
        <w:t>Actuellement, le générateur est conçu pour un seul bébé. Pour des jumeaux, vous pouvez générer deux textes séparés ou les adapter manuellement en mentionnant les deux prénoms.</w:t>
      </w:r>
    </w:p>
    <w:p>
      <w:r>
        <w:rPr>
          <w:b/>
        </w:rPr>
        <w:t>Puis-je modifier le texte après génération ?</w:t>
      </w:r>
    </w:p>
    <w:p>
      <w:r>
        <w:t>Absolument. Le texte généré est une base que vous pouvez modifier librement. Ajoutez des phrases, changez le ton, ou intégrez des éléments personnels.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