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Facture de Transport Routier à Télécharger (Word et PDF)</w:t>
      </w:r>
    </w:p>
    <w:p>
      <w:r>
        <w:t>Cette ressource vous fournit un modèle de facture de transport routier prêt à l'emploi, accompagné d'un exemple rempli et de conseils pratiques. Téléchargez le fichier Word pour le personnaliser facilement selon vos besoins.</w:t>
      </w:r>
    </w:p>
    <w:p>
      <w:r>
        <w:rPr>
          <w:b/>
        </w:rPr>
        <w:t>Ce modèle est fourni à titre indicatif. Assurez-vous de respecter les obligations légales et fiscales en vigueur dans votre pays. En France, les mentions obligatoires sur une facture sont définies par le Code de commerce et le Code général des impôts. Vérifiez les informations auprès d'un expert-comptable ou d'un conseiller juridique.</w:t>
      </w:r>
    </w:p>
    <w:p>
      <w:pPr>
        <w:pStyle w:val="Heading1"/>
      </w:pPr>
      <w:r>
        <w:t>Mode d'emploi</w:t>
      </w:r>
    </w:p>
    <w:p>
      <w:pPr>
        <w:pStyle w:val="ListNumber"/>
      </w:pPr>
      <w:r>
        <w:t>Téléchargez le fichier Word ci-dessous.</w:t>
      </w:r>
    </w:p>
    <w:p>
      <w:pPr>
        <w:pStyle w:val="ListNumber"/>
      </w:pPr>
      <w:r>
        <w:t>Ouvrez le document et remplacez les informations entre crochets par vos données réelles (nom, adresse, numéro de TVA, etc.).</w:t>
      </w:r>
    </w:p>
    <w:p>
      <w:pPr>
        <w:pStyle w:val="ListNumber"/>
      </w:pPr>
      <w:r>
        <w:t>Ajoutez les détails de la prestation : date, nature du transport, distance, poids, etc.</w:t>
      </w:r>
    </w:p>
    <w:p>
      <w:pPr>
        <w:pStyle w:val="ListNumber"/>
      </w:pPr>
      <w:r>
        <w:t>Calculez le montant HT, appliquez la TVA (taux en vigueur) et indiquez le montant TTC.</w:t>
      </w:r>
    </w:p>
    <w:p>
      <w:pPr>
        <w:pStyle w:val="ListNumber"/>
      </w:pPr>
      <w:r>
        <w:t>Enregistrez le fichier et envoyez-le à votre client ou imprimez-le pour vos archives.</w:t>
      </w:r>
    </w:p>
    <w:p>
      <w:pPr>
        <w:pStyle w:val="Heading1"/>
      </w:pPr>
      <w:r>
        <w:t>Structure d'une facture de transport routier</w:t>
      </w:r>
    </w:p>
    <w:p>
      <w:r>
        <w:t>Une facture de transport routier doit contenir les informations suivantes :</w:t>
        <w:br/>
        <w:t>- Vos coordonnées complètes (nom de l'entreprise, adresse, SIRET, numéro de TVA intracommunautaire)</w:t>
        <w:br/>
        <w:t>- Les coordonnées du client (nom, adresse, numéro de TVA si applicable)</w:t>
        <w:br/>
        <w:t>- La date d'émission de la facture et le numéro de facture</w:t>
        <w:br/>
        <w:t>- La date de la prestation ou la période</w:t>
        <w:br/>
        <w:t>- La description de la prestation : nature du transport (national, international), marchandises transportées, itinéraire, distance, poids, volume</w:t>
        <w:br/>
        <w:t>- Le prix unitaire et le montant total HT</w:t>
        <w:br/>
        <w:t>- Le taux de TVA applicable et le montant de la TVA</w:t>
        <w:br/>
        <w:t>- Le montant total TTC</w:t>
        <w:br/>
        <w:t>- Les conditions de paiement (délai, pénalités de retard)</w:t>
        <w:br/>
        <w:t>- Les mentions légales obligatoires (exemple : 'TVA non applicable, art. 293 B du CGI' si vous êtes en franchise de TVA)</w:t>
      </w:r>
    </w:p>
    <w:p>
      <w:pPr>
        <w:pStyle w:val="Heading1"/>
      </w:pPr>
      <w:r>
        <w:t>Exemple de facture remplie</w:t>
      </w:r>
    </w:p>
    <w:p>
      <w:r>
        <w:t>Voici un exemple concret pour illustrer le modèle :</w:t>
        <w:br/>
        <w:br/>
        <w:t>Entreprise : Transports Dupont</w:t>
        <w:br/>
        <w:t>Adresse : 12 rue des Champs, 75011 Paris</w:t>
        <w:br/>
        <w:t>SIRET : 123 456 789 00012</w:t>
        <w:br/>
        <w:t>TVA intracom. : FR 12 345678901</w:t>
        <w:br/>
        <w:br/>
        <w:t>Client : Société Bâtir</w:t>
        <w:br/>
        <w:t>Adresse : 8 avenue de la République, 69003 Lyon</w:t>
        <w:br/>
        <w:t>TVA intracom. : FR 34 567890123</w:t>
        <w:br/>
        <w:br/>
        <w:t>Facture n° 2025-001</w:t>
        <w:br/>
        <w:t>Date d'émission : 15/01/2025</w:t>
        <w:br/>
        <w:t>Date de la prestation : 10/01/2025</w:t>
        <w:br/>
        <w:br/>
        <w:t>Désignation : Transport de matériaux de construction, Paris -&gt; Lyon</w:t>
        <w:br/>
        <w:t>Distance : 465 km</w:t>
        <w:br/>
        <w:t>Poids : 12 tonnes</w:t>
        <w:br/>
        <w:br/>
        <w:t>Montant HT : 850,00 €</w:t>
        <w:br/>
        <w:t>TVA 20% : 170,00 €</w:t>
        <w:br/>
        <w:t>Montant TTC : 1 020,00 €</w:t>
        <w:br/>
        <w:br/>
        <w:t>Conditions de paiement : à 30 jours, pénalités de retard : 3 fois le taux d'intérêt légal.</w:t>
      </w:r>
    </w:p>
    <w:p>
      <w:pPr>
        <w:pStyle w:val="Heading1"/>
      </w:pPr>
      <w:r>
        <w:t>Modèle prêt à adapter</w:t>
      </w:r>
    </w:p>
    <w:p>
      <w:r>
        <w:t>Voici le modèle de facture à copier-coller dans votre traitement de texte : [Votre Entreprise] [Adresse] [Code postal Ville] [SIRET] [TVA Intracommunautaire] [Client] [Adresse] [Code postal Ville] [TVA Intracommunautaire] FACTURE N° [Numéro] Date d'émission : [Date] Date de la prestation : [Date] Désignation : [Description détaillée] Itinéraire : [Départ] -&gt; [Arrivée] Distance : [Distance] km Poids : [Poids] tonnes Montant HT : [Montant HT] € TVA ([Taux]%) : [Montant TVA] € Montant TTC : [Montant TTC] € Conditions de paiement : [Délai] jours, pénalités de retard : [Taux]% Merci de votre confiance. [Signature]</w:t>
      </w:r>
    </w:p>
    <w:p>
      <w:pPr>
        <w:pStyle w:val="Heading1"/>
      </w:pPr>
      <w:r>
        <w:t>Checklist</w:t>
      </w:r>
    </w:p>
    <w:p>
      <w:r>
        <w:t>☐ Vérifier que toutes les mentions obligatoires sont présentes</w:t>
      </w:r>
    </w:p>
    <w:p>
      <w:r>
        <w:t>☐ Numéroter les factures de manière séquentielle</w:t>
      </w:r>
    </w:p>
    <w:p>
      <w:r>
        <w:t>☐ Indiquer clairement la date de la prestation</w:t>
      </w:r>
    </w:p>
    <w:p>
      <w:r>
        <w:t>☐ Préciser le taux de TVA applicable</w:t>
      </w:r>
    </w:p>
    <w:p>
      <w:r>
        <w:t>☐ Calculer correctement les totaux</w:t>
      </w:r>
    </w:p>
    <w:p>
      <w:r>
        <w:t>☐ Conserver une copie de la facture pour vos archives</w:t>
      </w:r>
    </w:p>
    <w:p>
      <w:r>
        <w:t>☐ Envoyer la facture dans les délais convenus</w:t>
      </w:r>
    </w:p>
    <w:p>
      <w:pPr>
        <w:pStyle w:val="Heading1"/>
      </w:pPr>
      <w:r>
        <w:t>Questions fréquentes</w:t>
      </w:r>
    </w:p>
    <w:p>
      <w:r>
        <w:rPr>
          <w:b/>
        </w:rPr>
        <w:t>Quelles sont les mentions obligatoires sur une facture de transport routier ?</w:t>
      </w:r>
    </w:p>
    <w:p>
      <w:r>
        <w:t>Les mentions obligatoires incluent l'identité complète du vendeur et du client, le numéro de facture, la date, la description de la prestation, le montant HT, le taux de TVA et le montant TTC. Pour le transport routier, précisez également la nature du transport, l'itinéraire, la distance et le poids.</w:t>
      </w:r>
    </w:p>
    <w:p>
      <w:r>
        <w:rPr>
          <w:b/>
        </w:rPr>
        <w:t>Comment calculer la TVA sur une facture de transport ?</w:t>
      </w:r>
    </w:p>
    <w:p>
      <w:r>
        <w:t>La TVA est calculée en appliquant le taux en vigueur (20% en France métropolitaine) sur le montant hors taxes. Par exemple, pour un montant HT de 100 €, la TVA est de 20 € et le montant TTC est de 120 €.</w:t>
      </w:r>
    </w:p>
    <w:p>
      <w:r>
        <w:rPr>
          <w:b/>
        </w:rPr>
        <w:t>Puis-je utiliser ce modèle pour un transport international ?</w:t>
      </w:r>
    </w:p>
    <w:p>
      <w:r>
        <w:t>Oui, mais vous devez adapter les mentions selon les règles applicables aux échanges intracommunautaires ou internationaux. Par exemple, indiquez la mention 'Exonération de TVA, art. 262 ter du CGI' pour les transports vers un autre État membre de l'UE. Pour les pays hors UE, les règles douanières et fiscales peuvent varier.</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